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C94B1" w14:textId="77777777" w:rsidR="00E94572" w:rsidRDefault="00E94572">
      <w:pPr>
        <w:widowControl w:val="0"/>
        <w:pBdr>
          <w:top w:val="nil"/>
          <w:left w:val="nil"/>
          <w:bottom w:val="nil"/>
          <w:right w:val="nil"/>
          <w:between w:val="nil"/>
        </w:pBdr>
        <w:spacing w:after="0"/>
        <w:rPr>
          <w:rFonts w:ascii="Arial" w:eastAsia="Arial" w:hAnsi="Arial" w:cs="Arial"/>
          <w:color w:val="000000"/>
        </w:rPr>
      </w:pPr>
    </w:p>
    <w:tbl>
      <w:tblPr>
        <w:tblStyle w:val="a"/>
        <w:tblW w:w="9936" w:type="dxa"/>
        <w:jc w:val="center"/>
        <w:tblLayout w:type="fixed"/>
        <w:tblLook w:val="0400" w:firstRow="0" w:lastRow="0" w:firstColumn="0" w:lastColumn="0" w:noHBand="0" w:noVBand="1"/>
      </w:tblPr>
      <w:tblGrid>
        <w:gridCol w:w="3312"/>
        <w:gridCol w:w="3312"/>
        <w:gridCol w:w="3312"/>
      </w:tblGrid>
      <w:tr w:rsidR="00E94572" w14:paraId="1908103B" w14:textId="77777777">
        <w:trPr>
          <w:jc w:val="center"/>
        </w:trPr>
        <w:tc>
          <w:tcPr>
            <w:tcW w:w="3312" w:type="dxa"/>
            <w:vAlign w:val="center"/>
          </w:tcPr>
          <w:p w14:paraId="64A10C76" w14:textId="77777777" w:rsidR="00E94572" w:rsidRDefault="00CB6566">
            <w:r>
              <w:rPr>
                <w:noProof/>
              </w:rPr>
              <w:drawing>
                <wp:inline distT="0" distB="0" distL="114300" distR="114300" wp14:anchorId="5A4967EB" wp14:editId="4D248859">
                  <wp:extent cx="1645920" cy="164592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645920" cy="1645920"/>
                          </a:xfrm>
                          <a:prstGeom prst="rect">
                            <a:avLst/>
                          </a:prstGeom>
                          <a:ln/>
                        </pic:spPr>
                      </pic:pic>
                    </a:graphicData>
                  </a:graphic>
                </wp:inline>
              </w:drawing>
            </w:r>
          </w:p>
        </w:tc>
        <w:tc>
          <w:tcPr>
            <w:tcW w:w="3312" w:type="dxa"/>
            <w:vAlign w:val="center"/>
          </w:tcPr>
          <w:p w14:paraId="1167F39F" w14:textId="31562D16" w:rsidR="00E94572" w:rsidRDefault="00CB6566">
            <w:pPr>
              <w:jc w:val="center"/>
            </w:pPr>
            <w:r>
              <w:rPr>
                <w:rFonts w:ascii="Arial" w:eastAsia="Arial" w:hAnsi="Arial" w:cs="Arial"/>
                <w:b/>
                <w:bCs/>
                <w:color w:val="005A36"/>
              </w:rPr>
              <w:t>ACADEMY PARTNERSHIP</w:t>
            </w:r>
            <w:r>
              <w:rPr>
                <w:rFonts w:ascii="Arial" w:eastAsia="Arial" w:hAnsi="Arial" w:cs="Arial"/>
                <w:b/>
                <w:bCs/>
                <w:color w:val="005A36"/>
              </w:rPr>
              <w:br/>
            </w:r>
          </w:p>
        </w:tc>
        <w:tc>
          <w:tcPr>
            <w:tcW w:w="3312" w:type="dxa"/>
            <w:vAlign w:val="center"/>
          </w:tcPr>
          <w:p w14:paraId="5BF9CBB0" w14:textId="77777777" w:rsidR="00E94572" w:rsidRDefault="00CB6566">
            <w:pPr>
              <w:jc w:val="right"/>
            </w:pPr>
            <w:r>
              <w:rPr>
                <w:noProof/>
              </w:rPr>
              <w:drawing>
                <wp:inline distT="0" distB="0" distL="114300" distR="114300" wp14:anchorId="0D8FA057" wp14:editId="5A06F38F">
                  <wp:extent cx="1005840" cy="100584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005840" cy="1005840"/>
                          </a:xfrm>
                          <a:prstGeom prst="rect">
                            <a:avLst/>
                          </a:prstGeom>
                          <a:ln/>
                        </pic:spPr>
                      </pic:pic>
                    </a:graphicData>
                  </a:graphic>
                </wp:inline>
              </w:drawing>
            </w:r>
          </w:p>
        </w:tc>
      </w:tr>
    </w:tbl>
    <w:p w14:paraId="6563737C" w14:textId="77777777" w:rsidR="00E94572" w:rsidRDefault="00E94572">
      <w:pPr>
        <w:pBdr>
          <w:bottom w:val="single" w:sz="18" w:space="1" w:color="005A36"/>
        </w:pBdr>
        <w:spacing w:before="120" w:after="280"/>
      </w:pPr>
    </w:p>
    <w:p w14:paraId="335243E6" w14:textId="77777777" w:rsidR="00E94572" w:rsidRDefault="00CB6566">
      <w:pPr>
        <w:pStyle w:val="Heading1"/>
        <w:keepNext w:val="0"/>
        <w:keepLines w:val="0"/>
        <w:widowControl w:val="0"/>
        <w:spacing w:before="300" w:after="75" w:line="300" w:lineRule="auto"/>
        <w:jc w:val="center"/>
        <w:rPr>
          <w:rFonts w:ascii="Arial" w:eastAsia="Arial" w:hAnsi="Arial" w:cs="Arial"/>
          <w:color w:val="004D40"/>
          <w:sz w:val="36"/>
          <w:szCs w:val="36"/>
        </w:rPr>
      </w:pPr>
      <w:r>
        <w:rPr>
          <w:rFonts w:ascii="Arial" w:eastAsia="Arial" w:hAnsi="Arial" w:cs="Arial"/>
          <w:color w:val="004D40"/>
          <w:sz w:val="36"/>
          <w:szCs w:val="36"/>
        </w:rPr>
        <w:t>TEACHER APPLICATION FORM</w:t>
      </w:r>
    </w:p>
    <w:p w14:paraId="76039EF3" w14:textId="77777777" w:rsidR="00E94572" w:rsidRDefault="00CB6566">
      <w:pPr>
        <w:widowControl w:val="0"/>
        <w:spacing w:after="0" w:line="300" w:lineRule="auto"/>
        <w:jc w:val="center"/>
        <w:rPr>
          <w:rFonts w:ascii="Arial" w:eastAsia="Arial" w:hAnsi="Arial" w:cs="Arial"/>
          <w:b/>
          <w:bCs/>
          <w:sz w:val="20"/>
          <w:szCs w:val="20"/>
        </w:rPr>
      </w:pPr>
      <w:r>
        <w:rPr>
          <w:rFonts w:ascii="Arial" w:eastAsia="Arial" w:hAnsi="Arial" w:cs="Arial"/>
          <w:b/>
          <w:bCs/>
          <w:sz w:val="20"/>
          <w:szCs w:val="20"/>
        </w:rPr>
        <w:t>Slough Town FC Academy Partnership / Cox Green School</w:t>
      </w:r>
    </w:p>
    <w:p w14:paraId="3D5E134C" w14:textId="77777777" w:rsidR="00C64174" w:rsidRDefault="00C64174">
      <w:pPr>
        <w:widowControl w:val="0"/>
        <w:spacing w:after="0" w:line="300" w:lineRule="auto"/>
        <w:jc w:val="center"/>
        <w:rPr>
          <w:rFonts w:ascii="Arial" w:eastAsia="Arial" w:hAnsi="Arial" w:cs="Arial"/>
          <w:b/>
          <w:bCs/>
          <w:sz w:val="20"/>
          <w:szCs w:val="20"/>
        </w:rPr>
      </w:pPr>
    </w:p>
    <w:p w14:paraId="677DF406" w14:textId="58C71F35" w:rsidR="00E94572" w:rsidRPr="00C64174" w:rsidRDefault="00CB6566" w:rsidP="00C64174">
      <w:pPr>
        <w:widowControl w:val="0"/>
        <w:spacing w:after="0" w:line="300" w:lineRule="auto"/>
        <w:ind w:right="-129"/>
        <w:rPr>
          <w:rFonts w:asciiTheme="majorHAnsi" w:eastAsia="Arial" w:hAnsiTheme="majorHAnsi" w:cstheme="majorHAnsi"/>
          <w:shd w:val="clear" w:color="auto" w:fill="F9F9F9"/>
        </w:rPr>
      </w:pPr>
      <w:r w:rsidRPr="00C64174">
        <w:rPr>
          <w:rFonts w:asciiTheme="majorHAnsi" w:eastAsia="Arial" w:hAnsiTheme="majorHAnsi" w:cstheme="majorHAnsi"/>
          <w:b/>
          <w:bCs/>
          <w:shd w:val="clear" w:color="auto" w:fill="F9F9F9"/>
        </w:rPr>
        <w:t>Please return this form to:</w:t>
      </w:r>
      <w:r w:rsidRPr="00C64174">
        <w:rPr>
          <w:rFonts w:asciiTheme="majorHAnsi" w:eastAsia="Arial" w:hAnsiTheme="majorHAnsi" w:cstheme="majorHAnsi"/>
          <w:shd w:val="clear" w:color="auto" w:fill="F9F9F9"/>
        </w:rPr>
        <w:t xml:space="preserve"> Cox Green School, Highfield Lane, Maidenhead, Berks, SL6 3AX, or electronically to:</w:t>
      </w:r>
      <w:r w:rsidR="00C64174" w:rsidRPr="00C64174">
        <w:rPr>
          <w:rFonts w:asciiTheme="majorHAnsi" w:eastAsia="Arial" w:hAnsiTheme="majorHAnsi" w:cstheme="majorHAnsi"/>
          <w:shd w:val="clear" w:color="auto" w:fill="F9F9F9"/>
        </w:rPr>
        <w:t xml:space="preserve"> </w:t>
      </w:r>
      <w:hyperlink r:id="rId11" w:history="1">
        <w:r w:rsidR="00C64174" w:rsidRPr="00C64174">
          <w:rPr>
            <w:rStyle w:val="Hyperlink"/>
            <w:rFonts w:asciiTheme="majorHAnsi" w:eastAsia="Arial" w:hAnsiTheme="majorHAnsi" w:cstheme="majorHAnsi"/>
            <w:shd w:val="clear" w:color="auto" w:fill="F9F9F9"/>
          </w:rPr>
          <w:t>ashley.smith@sloughtownfc.com</w:t>
        </w:r>
      </w:hyperlink>
      <w:r w:rsidR="00C64174" w:rsidRPr="00C64174">
        <w:rPr>
          <w:rFonts w:asciiTheme="majorHAnsi" w:eastAsia="Arial" w:hAnsiTheme="majorHAnsi" w:cstheme="majorHAnsi"/>
          <w:shd w:val="clear" w:color="auto" w:fill="F9F9F9"/>
        </w:rPr>
        <w:t xml:space="preserve">.  </w:t>
      </w:r>
      <w:r w:rsidRPr="00C64174">
        <w:rPr>
          <w:rFonts w:asciiTheme="majorHAnsi" w:eastAsia="Arial" w:hAnsiTheme="majorHAnsi" w:cstheme="majorHAnsi"/>
          <w:shd w:val="clear" w:color="auto" w:fill="F9F9F9"/>
        </w:rPr>
        <w:t>Incomplete application forms will not be considered. Cox Green School and Slough Town FC Academy Partnership do not accept C.V.s alone; they will only be considered as part of the additional information on a completed form.</w:t>
      </w:r>
    </w:p>
    <w:p w14:paraId="7AA4EC4B" w14:textId="77777777" w:rsidR="00C64174" w:rsidRDefault="00C64174" w:rsidP="00C64174">
      <w:pPr>
        <w:pStyle w:val="Heading2"/>
        <w:keepNext w:val="0"/>
        <w:keepLines w:val="0"/>
        <w:widowControl w:val="0"/>
        <w:spacing w:before="0" w:line="300" w:lineRule="auto"/>
        <w:rPr>
          <w:rFonts w:ascii="Arial" w:eastAsia="Arial" w:hAnsi="Arial" w:cs="Arial"/>
          <w:color w:val="004D40"/>
          <w:sz w:val="28"/>
          <w:szCs w:val="28"/>
        </w:rPr>
      </w:pPr>
    </w:p>
    <w:p w14:paraId="66076BA9" w14:textId="0CAA41A4" w:rsidR="00E94572" w:rsidRPr="00C64174" w:rsidRDefault="00CB6566" w:rsidP="00C64174">
      <w:pPr>
        <w:pStyle w:val="Heading2"/>
        <w:keepNext w:val="0"/>
        <w:keepLines w:val="0"/>
        <w:widowControl w:val="0"/>
        <w:spacing w:before="0" w:line="300" w:lineRule="auto"/>
        <w:rPr>
          <w:rFonts w:asciiTheme="majorHAnsi" w:eastAsia="Arial" w:hAnsiTheme="majorHAnsi" w:cstheme="majorHAnsi"/>
          <w:color w:val="004D40"/>
          <w:sz w:val="28"/>
          <w:szCs w:val="28"/>
        </w:rPr>
      </w:pPr>
      <w:r w:rsidRPr="00C64174">
        <w:rPr>
          <w:rFonts w:asciiTheme="majorHAnsi" w:eastAsia="Arial" w:hAnsiTheme="majorHAnsi" w:cstheme="majorHAnsi"/>
          <w:color w:val="004D40"/>
          <w:sz w:val="28"/>
          <w:szCs w:val="28"/>
        </w:rPr>
        <w:t>POSITION DETAILS</w:t>
      </w:r>
    </w:p>
    <w:p w14:paraId="45BA184C" w14:textId="77777777" w:rsidR="00E94572" w:rsidRPr="00C64174" w:rsidRDefault="0089264A">
      <w:pPr>
        <w:widowControl w:val="0"/>
        <w:spacing w:after="0"/>
        <w:rPr>
          <w:rFonts w:asciiTheme="majorHAnsi" w:eastAsia="Arial" w:hAnsiTheme="majorHAnsi" w:cstheme="majorHAnsi"/>
        </w:rPr>
      </w:pPr>
      <w:r>
        <w:rPr>
          <w:rFonts w:asciiTheme="majorHAnsi" w:hAnsiTheme="majorHAnsi" w:cstheme="majorHAnsi"/>
        </w:rPr>
        <w:pict w14:anchorId="57BA9980">
          <v:rect id="_x0000_i1026" style="width:0;height:1.5pt" o:hralign="center" o:hrstd="t" o:hr="t" fillcolor="#a0a0a0" stroked="f"/>
        </w:pict>
      </w:r>
    </w:p>
    <w:tbl>
      <w:tblPr>
        <w:tblStyle w:val="a0"/>
        <w:tblW w:w="991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2340"/>
        <w:gridCol w:w="7575"/>
      </w:tblGrid>
      <w:tr w:rsidR="00E94572" w:rsidRPr="00C64174" w14:paraId="04D0C96C" w14:textId="77777777" w:rsidTr="00C64174">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0F42F6A7" w14:textId="77777777" w:rsidR="00E94572" w:rsidRPr="00C64174" w:rsidRDefault="00CB6566">
            <w:pPr>
              <w:widowControl w:val="0"/>
              <w:spacing w:before="90" w:after="90" w:line="300" w:lineRule="auto"/>
              <w:rPr>
                <w:rFonts w:asciiTheme="majorHAnsi" w:eastAsia="Arial" w:hAnsiTheme="majorHAnsi" w:cstheme="majorHAnsi"/>
                <w:b/>
                <w:bCs/>
                <w:sz w:val="20"/>
                <w:szCs w:val="20"/>
              </w:rPr>
            </w:pPr>
            <w:r w:rsidRPr="00C64174">
              <w:rPr>
                <w:rFonts w:asciiTheme="majorHAnsi" w:eastAsia="Arial" w:hAnsiTheme="majorHAnsi" w:cstheme="majorHAnsi"/>
                <w:b/>
                <w:bCs/>
                <w:sz w:val="20"/>
                <w:szCs w:val="20"/>
              </w:rPr>
              <w:t>Post Applied For:</w:t>
            </w:r>
          </w:p>
        </w:tc>
        <w:tc>
          <w:tcPr>
            <w:tcW w:w="7575"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16FD0C62" w14:textId="77777777" w:rsidR="00E94572" w:rsidRPr="00C64174" w:rsidRDefault="00CB6566">
            <w:pPr>
              <w:widowControl w:val="0"/>
              <w:spacing w:before="90" w:after="9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Lead BTEC Sport (Slough Town FC Academy Partnership)</w:t>
            </w:r>
          </w:p>
        </w:tc>
      </w:tr>
      <w:tr w:rsidR="00E94572" w:rsidRPr="00C64174" w14:paraId="3827D2F9" w14:textId="77777777" w:rsidTr="00C64174">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58CBE217" w14:textId="77777777" w:rsidR="00E94572" w:rsidRPr="00C64174" w:rsidRDefault="00CB6566">
            <w:pPr>
              <w:widowControl w:val="0"/>
              <w:spacing w:before="90" w:after="90" w:line="300" w:lineRule="auto"/>
              <w:rPr>
                <w:rFonts w:asciiTheme="majorHAnsi" w:eastAsia="Arial" w:hAnsiTheme="majorHAnsi" w:cstheme="majorHAnsi"/>
                <w:b/>
                <w:bCs/>
                <w:sz w:val="20"/>
                <w:szCs w:val="20"/>
              </w:rPr>
            </w:pPr>
            <w:r w:rsidRPr="00C64174">
              <w:rPr>
                <w:rFonts w:asciiTheme="majorHAnsi" w:eastAsia="Arial" w:hAnsiTheme="majorHAnsi" w:cstheme="majorHAnsi"/>
                <w:b/>
                <w:bCs/>
                <w:sz w:val="20"/>
                <w:szCs w:val="20"/>
              </w:rPr>
              <w:t>Reference No:</w:t>
            </w:r>
          </w:p>
        </w:tc>
        <w:tc>
          <w:tcPr>
            <w:tcW w:w="7575"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20AD6C7E" w14:textId="77777777" w:rsidR="00E94572" w:rsidRPr="00C64174" w:rsidRDefault="00E94572">
            <w:pPr>
              <w:widowControl w:val="0"/>
              <w:spacing w:after="0"/>
              <w:rPr>
                <w:rFonts w:asciiTheme="majorHAnsi" w:eastAsia="Arial" w:hAnsiTheme="majorHAnsi" w:cstheme="majorHAnsi"/>
                <w:b/>
                <w:bCs/>
                <w:sz w:val="20"/>
                <w:szCs w:val="20"/>
              </w:rPr>
            </w:pPr>
          </w:p>
        </w:tc>
      </w:tr>
      <w:tr w:rsidR="00E94572" w:rsidRPr="00C64174" w14:paraId="4E098683" w14:textId="77777777" w:rsidTr="00C64174">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6AD572F2" w14:textId="77777777" w:rsidR="00E94572" w:rsidRPr="00C64174" w:rsidRDefault="00CB6566">
            <w:pPr>
              <w:widowControl w:val="0"/>
              <w:spacing w:before="90" w:after="90" w:line="300" w:lineRule="auto"/>
              <w:rPr>
                <w:rFonts w:asciiTheme="majorHAnsi" w:eastAsia="Arial" w:hAnsiTheme="majorHAnsi" w:cstheme="majorHAnsi"/>
                <w:b/>
                <w:bCs/>
                <w:sz w:val="20"/>
                <w:szCs w:val="20"/>
              </w:rPr>
            </w:pPr>
            <w:r w:rsidRPr="00C64174">
              <w:rPr>
                <w:rFonts w:asciiTheme="majorHAnsi" w:eastAsia="Arial" w:hAnsiTheme="majorHAnsi" w:cstheme="majorHAnsi"/>
                <w:b/>
                <w:bCs/>
                <w:sz w:val="20"/>
                <w:szCs w:val="20"/>
              </w:rPr>
              <w:t>School / Directorate:</w:t>
            </w:r>
          </w:p>
        </w:tc>
        <w:tc>
          <w:tcPr>
            <w:tcW w:w="7575"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19A79B9D" w14:textId="77777777" w:rsidR="00E94572" w:rsidRPr="00C64174" w:rsidRDefault="00CB6566">
            <w:pPr>
              <w:widowControl w:val="0"/>
              <w:spacing w:before="90" w:after="9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Cox Green School / Slough Town FC Academy Partnership</w:t>
            </w:r>
          </w:p>
        </w:tc>
      </w:tr>
      <w:tr w:rsidR="00E94572" w:rsidRPr="00C64174" w14:paraId="46D7BB0C" w14:textId="77777777" w:rsidTr="00C64174">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5E7A3D6F" w14:textId="77777777" w:rsidR="00E94572" w:rsidRPr="00C64174" w:rsidRDefault="00CB6566">
            <w:pPr>
              <w:widowControl w:val="0"/>
              <w:spacing w:before="90" w:after="90" w:line="300" w:lineRule="auto"/>
              <w:rPr>
                <w:rFonts w:asciiTheme="majorHAnsi" w:eastAsia="Arial" w:hAnsiTheme="majorHAnsi" w:cstheme="majorHAnsi"/>
                <w:b/>
                <w:bCs/>
                <w:sz w:val="20"/>
                <w:szCs w:val="20"/>
              </w:rPr>
            </w:pPr>
            <w:r w:rsidRPr="00C64174">
              <w:rPr>
                <w:rFonts w:asciiTheme="majorHAnsi" w:eastAsia="Arial" w:hAnsiTheme="majorHAnsi" w:cstheme="majorHAnsi"/>
                <w:b/>
                <w:bCs/>
                <w:sz w:val="20"/>
                <w:szCs w:val="20"/>
              </w:rPr>
              <w:t>Closing Date:</w:t>
            </w:r>
          </w:p>
        </w:tc>
        <w:tc>
          <w:tcPr>
            <w:tcW w:w="7575"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1293B01B" w14:textId="77777777" w:rsidR="00E94572" w:rsidRPr="00C64174" w:rsidRDefault="00E94572">
            <w:pPr>
              <w:widowControl w:val="0"/>
              <w:spacing w:after="0"/>
              <w:rPr>
                <w:rFonts w:asciiTheme="majorHAnsi" w:eastAsia="Arial" w:hAnsiTheme="majorHAnsi" w:cstheme="majorHAnsi"/>
                <w:b/>
                <w:bCs/>
                <w:sz w:val="20"/>
                <w:szCs w:val="20"/>
              </w:rPr>
            </w:pPr>
          </w:p>
        </w:tc>
      </w:tr>
    </w:tbl>
    <w:p w14:paraId="5D2FA0E3" w14:textId="77777777" w:rsidR="00E94572" w:rsidRPr="00C64174" w:rsidRDefault="00CB6566" w:rsidP="00C64174">
      <w:pPr>
        <w:pStyle w:val="Heading2"/>
        <w:keepNext w:val="0"/>
        <w:keepLines w:val="0"/>
        <w:widowControl w:val="0"/>
        <w:spacing w:before="300" w:line="300" w:lineRule="auto"/>
        <w:rPr>
          <w:rFonts w:asciiTheme="majorHAnsi" w:eastAsia="Arial" w:hAnsiTheme="majorHAnsi" w:cstheme="majorHAnsi"/>
          <w:color w:val="004D40"/>
          <w:sz w:val="28"/>
          <w:szCs w:val="28"/>
        </w:rPr>
      </w:pPr>
      <w:r w:rsidRPr="00C64174">
        <w:rPr>
          <w:rFonts w:asciiTheme="majorHAnsi" w:eastAsia="Arial" w:hAnsiTheme="majorHAnsi" w:cstheme="majorHAnsi"/>
          <w:color w:val="004D40"/>
          <w:sz w:val="28"/>
          <w:szCs w:val="28"/>
        </w:rPr>
        <w:t>PERSONAL APPLICANT QUESTIONS</w:t>
      </w:r>
    </w:p>
    <w:p w14:paraId="073C0307" w14:textId="77777777" w:rsidR="00E94572" w:rsidRPr="00C64174" w:rsidRDefault="0089264A">
      <w:pPr>
        <w:widowControl w:val="0"/>
        <w:spacing w:after="75" w:line="300" w:lineRule="auto"/>
        <w:rPr>
          <w:rFonts w:asciiTheme="majorHAnsi" w:eastAsia="Arial" w:hAnsiTheme="majorHAnsi" w:cstheme="majorHAnsi"/>
        </w:rPr>
      </w:pPr>
      <w:r>
        <w:rPr>
          <w:rFonts w:asciiTheme="majorHAnsi" w:hAnsiTheme="majorHAnsi" w:cstheme="majorHAnsi"/>
        </w:rPr>
        <w:pict w14:anchorId="2C9FBA90">
          <v:rect id="_x0000_i1027" style="width:0;height:1.5pt" o:hralign="center" o:hrstd="t" o:hr="t" fillcolor="#a0a0a0" stroked="f"/>
        </w:pict>
      </w:r>
      <w:r w:rsidR="00CB6566" w:rsidRPr="00C64174">
        <w:rPr>
          <w:rFonts w:asciiTheme="majorHAnsi" w:eastAsia="Arial" w:hAnsiTheme="majorHAnsi" w:cstheme="majorHAnsi"/>
        </w:rPr>
        <w:t>Please answer the following questions:</w:t>
      </w:r>
    </w:p>
    <w:p w14:paraId="244CDFDD" w14:textId="14797107" w:rsidR="00E94572" w:rsidRPr="00C64174" w:rsidRDefault="00CB6566" w:rsidP="00C64174">
      <w:pPr>
        <w:widowControl w:val="0"/>
        <w:spacing w:after="0" w:line="300" w:lineRule="auto"/>
        <w:ind w:left="240"/>
        <w:rPr>
          <w:rFonts w:asciiTheme="majorHAnsi" w:eastAsia="Arial" w:hAnsiTheme="majorHAnsi" w:cstheme="majorHAnsi"/>
          <w:sz w:val="18"/>
          <w:szCs w:val="18"/>
        </w:rPr>
      </w:pPr>
      <w:r w:rsidRPr="00C64174">
        <w:rPr>
          <w:rFonts w:asciiTheme="majorHAnsi" w:eastAsia="Arial" w:hAnsiTheme="majorHAnsi" w:cstheme="majorHAnsi"/>
          <w:b/>
          <w:bCs/>
        </w:rPr>
        <w:t>Do you have the right to work in the UK?</w:t>
      </w:r>
      <w:r w:rsidRPr="00C64174">
        <w:rPr>
          <w:rFonts w:asciiTheme="majorHAnsi" w:eastAsia="Arial" w:hAnsiTheme="majorHAnsi" w:cstheme="majorHAnsi"/>
        </w:rPr>
        <w:t xml:space="preserve">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Yes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 </w:t>
      </w:r>
      <w:proofErr w:type="gramStart"/>
      <w:r w:rsidRPr="00C64174">
        <w:rPr>
          <w:rFonts w:asciiTheme="majorHAnsi" w:eastAsia="Arial" w:hAnsiTheme="majorHAnsi" w:cstheme="majorHAnsi"/>
        </w:rPr>
        <w:t>No</w:t>
      </w:r>
      <w:r w:rsidR="00C64174">
        <w:rPr>
          <w:rFonts w:asciiTheme="majorHAnsi" w:eastAsia="Arial" w:hAnsiTheme="majorHAnsi" w:cstheme="majorHAnsi"/>
        </w:rPr>
        <w:t xml:space="preserve">  </w:t>
      </w:r>
      <w:r w:rsidRPr="00C64174">
        <w:rPr>
          <w:rFonts w:asciiTheme="majorHAnsi" w:eastAsia="Arial" w:hAnsiTheme="majorHAnsi" w:cstheme="majorHAnsi"/>
          <w:i/>
          <w:iCs/>
          <w:sz w:val="18"/>
          <w:szCs w:val="18"/>
        </w:rPr>
        <w:t>(</w:t>
      </w:r>
      <w:proofErr w:type="gramEnd"/>
      <w:r w:rsidRPr="00C64174">
        <w:rPr>
          <w:rFonts w:asciiTheme="majorHAnsi" w:eastAsia="Arial" w:hAnsiTheme="majorHAnsi" w:cstheme="majorHAnsi"/>
          <w:i/>
          <w:iCs/>
          <w:sz w:val="18"/>
          <w:szCs w:val="18"/>
        </w:rPr>
        <w:t>You will need to provide documents to support this)</w:t>
      </w:r>
    </w:p>
    <w:p w14:paraId="3434DD3B" w14:textId="77777777" w:rsidR="00E94572" w:rsidRPr="00C64174" w:rsidRDefault="00CB6566" w:rsidP="00C64174">
      <w:pPr>
        <w:widowControl w:val="0"/>
        <w:spacing w:after="0" w:line="300" w:lineRule="auto"/>
        <w:ind w:left="240"/>
        <w:rPr>
          <w:rFonts w:asciiTheme="majorHAnsi" w:eastAsia="Arial" w:hAnsiTheme="majorHAnsi" w:cstheme="majorHAnsi"/>
        </w:rPr>
      </w:pPr>
      <w:r w:rsidRPr="00C64174">
        <w:rPr>
          <w:rFonts w:asciiTheme="majorHAnsi" w:eastAsia="Arial" w:hAnsiTheme="majorHAnsi" w:cstheme="majorHAnsi"/>
          <w:b/>
          <w:bCs/>
        </w:rPr>
        <w:t xml:space="preserve">Do you </w:t>
      </w:r>
      <w:proofErr w:type="gramStart"/>
      <w:r w:rsidRPr="00C64174">
        <w:rPr>
          <w:rFonts w:asciiTheme="majorHAnsi" w:eastAsia="Arial" w:hAnsiTheme="majorHAnsi" w:cstheme="majorHAnsi"/>
          <w:b/>
          <w:bCs/>
        </w:rPr>
        <w:t>hold</w:t>
      </w:r>
      <w:proofErr w:type="gramEnd"/>
      <w:r w:rsidRPr="00C64174">
        <w:rPr>
          <w:rFonts w:asciiTheme="majorHAnsi" w:eastAsia="Arial" w:hAnsiTheme="majorHAnsi" w:cstheme="majorHAnsi"/>
          <w:b/>
          <w:bCs/>
        </w:rPr>
        <w:t xml:space="preserve"> a valid driving </w:t>
      </w:r>
      <w:proofErr w:type="spellStart"/>
      <w:r w:rsidRPr="00C64174">
        <w:rPr>
          <w:rFonts w:asciiTheme="majorHAnsi" w:eastAsia="Arial" w:hAnsiTheme="majorHAnsi" w:cstheme="majorHAnsi"/>
          <w:b/>
          <w:bCs/>
        </w:rPr>
        <w:t>licence</w:t>
      </w:r>
      <w:proofErr w:type="spellEnd"/>
      <w:r w:rsidRPr="00C64174">
        <w:rPr>
          <w:rFonts w:asciiTheme="majorHAnsi" w:eastAsia="Arial" w:hAnsiTheme="majorHAnsi" w:cstheme="majorHAnsi"/>
          <w:b/>
          <w:bCs/>
        </w:rPr>
        <w:t>?</w:t>
      </w:r>
      <w:r w:rsidRPr="00C64174">
        <w:rPr>
          <w:rFonts w:asciiTheme="majorHAnsi" w:eastAsia="Arial" w:hAnsiTheme="majorHAnsi" w:cstheme="majorHAnsi"/>
        </w:rPr>
        <w:t xml:space="preserve">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Yes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 No</w:t>
      </w:r>
    </w:p>
    <w:p w14:paraId="6B17DFE5" w14:textId="77777777" w:rsidR="00E94572" w:rsidRPr="00C64174" w:rsidRDefault="00CB6566" w:rsidP="00C64174">
      <w:pPr>
        <w:widowControl w:val="0"/>
        <w:spacing w:after="0" w:line="300" w:lineRule="auto"/>
        <w:ind w:left="240"/>
        <w:rPr>
          <w:rFonts w:asciiTheme="majorHAnsi" w:eastAsia="Arial" w:hAnsiTheme="majorHAnsi" w:cstheme="majorHAnsi"/>
        </w:rPr>
      </w:pPr>
      <w:r w:rsidRPr="00C64174">
        <w:rPr>
          <w:rFonts w:asciiTheme="majorHAnsi" w:eastAsia="Arial" w:hAnsiTheme="majorHAnsi" w:cstheme="majorHAnsi"/>
          <w:b/>
          <w:bCs/>
        </w:rPr>
        <w:t>Do you have a car available for business use?</w:t>
      </w:r>
      <w:r w:rsidRPr="00C64174">
        <w:rPr>
          <w:rFonts w:asciiTheme="majorHAnsi" w:eastAsia="Arial" w:hAnsiTheme="majorHAnsi" w:cstheme="majorHAnsi"/>
        </w:rPr>
        <w:t xml:space="preserve">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Yes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 No</w:t>
      </w:r>
    </w:p>
    <w:p w14:paraId="0DF54EA1" w14:textId="77777777" w:rsidR="00E94572" w:rsidRPr="00C64174" w:rsidRDefault="00CB6566" w:rsidP="00C64174">
      <w:pPr>
        <w:widowControl w:val="0"/>
        <w:spacing w:after="0" w:line="300" w:lineRule="auto"/>
        <w:ind w:left="240"/>
        <w:rPr>
          <w:rFonts w:asciiTheme="majorHAnsi" w:eastAsia="Arial" w:hAnsiTheme="majorHAnsi" w:cstheme="majorHAnsi"/>
        </w:rPr>
      </w:pPr>
      <w:r w:rsidRPr="00C64174">
        <w:rPr>
          <w:rFonts w:asciiTheme="majorHAnsi" w:eastAsia="Arial" w:hAnsiTheme="majorHAnsi" w:cstheme="majorHAnsi"/>
          <w:b/>
          <w:bCs/>
        </w:rPr>
        <w:t>Are you related to any Member, Senior Officer or Governor of the School / Club?</w:t>
      </w:r>
      <w:r w:rsidRPr="00C64174">
        <w:rPr>
          <w:rFonts w:asciiTheme="majorHAnsi" w:eastAsia="Arial" w:hAnsiTheme="majorHAnsi" w:cstheme="majorHAnsi"/>
        </w:rPr>
        <w:t xml:space="preserve">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Yes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 No</w:t>
      </w:r>
      <w:r w:rsidRPr="00C64174">
        <w:rPr>
          <w:rFonts w:asciiTheme="majorHAnsi" w:eastAsia="Arial" w:hAnsiTheme="majorHAnsi" w:cstheme="majorHAnsi"/>
        </w:rPr>
        <w:br/>
        <w:t>If YES, please give details: __________________________________________________</w:t>
      </w:r>
    </w:p>
    <w:p w14:paraId="16D62279" w14:textId="77777777" w:rsidR="00E94572" w:rsidRPr="00C64174" w:rsidRDefault="00CB6566" w:rsidP="00C64174">
      <w:pPr>
        <w:widowControl w:val="0"/>
        <w:spacing w:after="60" w:line="300" w:lineRule="auto"/>
        <w:ind w:left="240"/>
        <w:rPr>
          <w:rFonts w:asciiTheme="majorHAnsi" w:eastAsia="Arial" w:hAnsiTheme="majorHAnsi" w:cstheme="majorHAnsi"/>
        </w:rPr>
      </w:pPr>
      <w:r w:rsidRPr="00C64174">
        <w:rPr>
          <w:rFonts w:asciiTheme="majorHAnsi" w:eastAsia="Arial" w:hAnsiTheme="majorHAnsi" w:cstheme="majorHAnsi"/>
          <w:b/>
          <w:bCs/>
        </w:rPr>
        <w:t>Are you or have you ever been a Client of RBWM Social Services?</w:t>
      </w:r>
      <w:r w:rsidRPr="00C64174">
        <w:rPr>
          <w:rFonts w:asciiTheme="majorHAnsi" w:eastAsia="Arial" w:hAnsiTheme="majorHAnsi" w:cstheme="majorHAnsi"/>
        </w:rPr>
        <w:t xml:space="preserve">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Yes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 No</w:t>
      </w:r>
      <w:r w:rsidRPr="00C64174">
        <w:rPr>
          <w:rFonts w:asciiTheme="majorHAnsi" w:eastAsia="Arial" w:hAnsiTheme="majorHAnsi" w:cstheme="majorHAnsi"/>
        </w:rPr>
        <w:br/>
        <w:t>If YES, please give details: __________________________________________________</w:t>
      </w:r>
    </w:p>
    <w:p w14:paraId="2FF54756" w14:textId="77777777" w:rsidR="00E94572" w:rsidRDefault="00CB6566" w:rsidP="00C64174">
      <w:pPr>
        <w:pStyle w:val="Heading2"/>
        <w:keepNext w:val="0"/>
        <w:keepLines w:val="0"/>
        <w:widowControl w:val="0"/>
        <w:spacing w:before="300" w:after="195" w:line="240" w:lineRule="auto"/>
        <w:rPr>
          <w:rFonts w:ascii="Arial" w:eastAsia="Arial" w:hAnsi="Arial" w:cs="Arial"/>
          <w:color w:val="004D40"/>
          <w:sz w:val="28"/>
          <w:szCs w:val="28"/>
        </w:rPr>
      </w:pPr>
      <w:r>
        <w:rPr>
          <w:rFonts w:ascii="Arial" w:eastAsia="Arial" w:hAnsi="Arial" w:cs="Arial"/>
          <w:color w:val="004D40"/>
          <w:sz w:val="28"/>
          <w:szCs w:val="28"/>
        </w:rPr>
        <w:lastRenderedPageBreak/>
        <w:t>QUALIFICATIONS &amp; TEACHING STATUS</w:t>
      </w:r>
    </w:p>
    <w:p w14:paraId="6FBE7DBD" w14:textId="77777777" w:rsidR="00E94572" w:rsidRPr="0030365C" w:rsidRDefault="0089264A">
      <w:pPr>
        <w:widowControl w:val="0"/>
        <w:spacing w:after="75" w:line="300" w:lineRule="auto"/>
        <w:rPr>
          <w:rFonts w:asciiTheme="majorHAnsi" w:eastAsia="Arial" w:hAnsiTheme="majorHAnsi" w:cstheme="majorHAnsi"/>
        </w:rPr>
      </w:pPr>
      <w:r>
        <w:rPr>
          <w:rFonts w:asciiTheme="majorHAnsi" w:hAnsiTheme="majorHAnsi" w:cstheme="majorHAnsi"/>
        </w:rPr>
        <w:pict w14:anchorId="06C4F1D8">
          <v:rect id="_x0000_i1028" style="width:0;height:1.5pt" o:hralign="center" o:hrstd="t" o:hr="t" fillcolor="#a0a0a0" stroked="f"/>
        </w:pict>
      </w:r>
      <w:r w:rsidR="00CB6566" w:rsidRPr="0030365C">
        <w:rPr>
          <w:rFonts w:asciiTheme="majorHAnsi" w:eastAsia="Arial" w:hAnsiTheme="majorHAnsi" w:cstheme="majorHAnsi"/>
        </w:rPr>
        <w:t>Please give details, including dates obtained. You will be asked to produce any relevant certificates.</w:t>
      </w:r>
    </w:p>
    <w:p w14:paraId="79EAB125" w14:textId="77777777" w:rsidR="00E94572" w:rsidRPr="00C64174" w:rsidRDefault="00CB6566">
      <w:pPr>
        <w:widowControl w:val="0"/>
        <w:numPr>
          <w:ilvl w:val="0"/>
          <w:numId w:val="2"/>
        </w:numPr>
        <w:spacing w:after="0" w:line="300" w:lineRule="auto"/>
        <w:ind w:left="300" w:hanging="60"/>
        <w:rPr>
          <w:rFonts w:asciiTheme="majorHAnsi" w:eastAsia="Arial" w:hAnsiTheme="majorHAnsi" w:cstheme="majorHAnsi"/>
        </w:rPr>
      </w:pPr>
      <w:r w:rsidRPr="00C64174">
        <w:rPr>
          <w:rFonts w:asciiTheme="majorHAnsi" w:eastAsia="Arial" w:hAnsiTheme="majorHAnsi" w:cstheme="majorHAnsi"/>
          <w:b/>
          <w:bCs/>
        </w:rPr>
        <w:t>Do you have QTS?</w:t>
      </w:r>
      <w:r w:rsidRPr="00C64174">
        <w:rPr>
          <w:rFonts w:asciiTheme="majorHAnsi" w:eastAsia="Arial" w:hAnsiTheme="majorHAnsi" w:cstheme="majorHAnsi"/>
        </w:rPr>
        <w:t xml:space="preserve">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Yes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 No</w:t>
      </w:r>
    </w:p>
    <w:p w14:paraId="3B9AD174" w14:textId="77777777" w:rsidR="00E94572" w:rsidRPr="00C64174" w:rsidRDefault="00CB6566">
      <w:pPr>
        <w:widowControl w:val="0"/>
        <w:numPr>
          <w:ilvl w:val="0"/>
          <w:numId w:val="2"/>
        </w:numPr>
        <w:spacing w:after="0" w:line="300" w:lineRule="auto"/>
        <w:ind w:left="300" w:hanging="60"/>
        <w:rPr>
          <w:rFonts w:asciiTheme="majorHAnsi" w:eastAsia="Arial" w:hAnsiTheme="majorHAnsi" w:cstheme="majorHAnsi"/>
        </w:rPr>
      </w:pPr>
      <w:r w:rsidRPr="00C64174">
        <w:rPr>
          <w:rFonts w:asciiTheme="majorHAnsi" w:eastAsia="Arial" w:hAnsiTheme="majorHAnsi" w:cstheme="majorHAnsi"/>
          <w:b/>
          <w:bCs/>
        </w:rPr>
        <w:t>Are you unqualified?</w:t>
      </w:r>
      <w:r w:rsidRPr="00C64174">
        <w:rPr>
          <w:rFonts w:asciiTheme="majorHAnsi" w:eastAsia="Arial" w:hAnsiTheme="majorHAnsi" w:cstheme="majorHAnsi"/>
        </w:rPr>
        <w:t xml:space="preserve">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Yes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 No</w:t>
      </w:r>
    </w:p>
    <w:p w14:paraId="3D62101B" w14:textId="77777777" w:rsidR="00E94572" w:rsidRPr="00C64174" w:rsidRDefault="00CB6566">
      <w:pPr>
        <w:widowControl w:val="0"/>
        <w:numPr>
          <w:ilvl w:val="0"/>
          <w:numId w:val="2"/>
        </w:numPr>
        <w:spacing w:after="0" w:line="300" w:lineRule="auto"/>
        <w:ind w:left="300" w:hanging="60"/>
        <w:rPr>
          <w:rFonts w:asciiTheme="majorHAnsi" w:eastAsia="Arial" w:hAnsiTheme="majorHAnsi" w:cstheme="majorHAnsi"/>
        </w:rPr>
      </w:pPr>
      <w:r w:rsidRPr="00C64174">
        <w:rPr>
          <w:rFonts w:asciiTheme="majorHAnsi" w:eastAsia="Arial" w:hAnsiTheme="majorHAnsi" w:cstheme="majorHAnsi"/>
          <w:b/>
          <w:bCs/>
        </w:rPr>
        <w:t>Are you an ECT / NQT?</w:t>
      </w:r>
      <w:r w:rsidRPr="00C64174">
        <w:rPr>
          <w:rFonts w:asciiTheme="majorHAnsi" w:eastAsia="Arial" w:hAnsiTheme="majorHAnsi" w:cstheme="majorHAnsi"/>
        </w:rPr>
        <w:t xml:space="preserve">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Yes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 No</w:t>
      </w:r>
    </w:p>
    <w:p w14:paraId="7610A1CA" w14:textId="77777777" w:rsidR="00E94572" w:rsidRPr="00C64174" w:rsidRDefault="00CB6566">
      <w:pPr>
        <w:widowControl w:val="0"/>
        <w:numPr>
          <w:ilvl w:val="0"/>
          <w:numId w:val="2"/>
        </w:numPr>
        <w:spacing w:after="0" w:line="300" w:lineRule="auto"/>
        <w:ind w:left="300" w:hanging="60"/>
        <w:rPr>
          <w:rFonts w:asciiTheme="majorHAnsi" w:eastAsia="Arial" w:hAnsiTheme="majorHAnsi" w:cstheme="majorHAnsi"/>
        </w:rPr>
      </w:pPr>
      <w:r w:rsidRPr="00C64174">
        <w:rPr>
          <w:rFonts w:asciiTheme="majorHAnsi" w:eastAsia="Arial" w:hAnsiTheme="majorHAnsi" w:cstheme="majorHAnsi"/>
          <w:b/>
          <w:bCs/>
        </w:rPr>
        <w:t>Are you an OTT (Overseas Trained Teacher)?</w:t>
      </w:r>
      <w:r w:rsidRPr="00C64174">
        <w:rPr>
          <w:rFonts w:asciiTheme="majorHAnsi" w:eastAsia="Arial" w:hAnsiTheme="majorHAnsi" w:cstheme="majorHAnsi"/>
        </w:rPr>
        <w:t xml:space="preserve">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Yes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 No</w:t>
      </w:r>
    </w:p>
    <w:p w14:paraId="771BB53F" w14:textId="77777777" w:rsidR="00E94572" w:rsidRPr="00C64174" w:rsidRDefault="00CB6566">
      <w:pPr>
        <w:widowControl w:val="0"/>
        <w:numPr>
          <w:ilvl w:val="0"/>
          <w:numId w:val="2"/>
        </w:numPr>
        <w:spacing w:after="60" w:line="300" w:lineRule="auto"/>
        <w:ind w:left="300" w:hanging="60"/>
        <w:rPr>
          <w:rFonts w:asciiTheme="majorHAnsi" w:eastAsia="Arial" w:hAnsiTheme="majorHAnsi" w:cstheme="majorHAnsi"/>
        </w:rPr>
      </w:pPr>
      <w:r w:rsidRPr="00C64174">
        <w:rPr>
          <w:rFonts w:asciiTheme="majorHAnsi" w:eastAsia="Arial" w:hAnsiTheme="majorHAnsi" w:cstheme="majorHAnsi"/>
          <w:b/>
          <w:bCs/>
        </w:rPr>
        <w:t>Do you hold an NPQH?</w:t>
      </w:r>
      <w:r w:rsidRPr="00C64174">
        <w:rPr>
          <w:rFonts w:asciiTheme="majorHAnsi" w:eastAsia="Arial" w:hAnsiTheme="majorHAnsi" w:cstheme="majorHAnsi"/>
        </w:rPr>
        <w:t xml:space="preserve">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Yes </w:t>
      </w:r>
      <w:proofErr w:type="gramStart"/>
      <w:r w:rsidRPr="00C64174">
        <w:rPr>
          <w:rFonts w:asciiTheme="majorHAnsi" w:eastAsia="Arial" w:hAnsiTheme="majorHAnsi" w:cstheme="majorHAnsi"/>
        </w:rPr>
        <w:t>   [</w:t>
      </w:r>
      <w:proofErr w:type="gramEnd"/>
      <w:r w:rsidRPr="00C64174">
        <w:rPr>
          <w:rFonts w:asciiTheme="majorHAnsi" w:eastAsia="Arial" w:hAnsiTheme="majorHAnsi" w:cstheme="majorHAnsi"/>
        </w:rPr>
        <w:t xml:space="preserve"> ] No</w:t>
      </w:r>
    </w:p>
    <w:p w14:paraId="7D051D41" w14:textId="47C33EB7" w:rsidR="00E94572" w:rsidRPr="00C64174" w:rsidRDefault="00CB6566">
      <w:pPr>
        <w:pStyle w:val="Heading3"/>
        <w:keepNext w:val="0"/>
        <w:keepLines w:val="0"/>
        <w:widowControl w:val="0"/>
        <w:spacing w:before="225" w:after="75" w:line="300" w:lineRule="auto"/>
        <w:rPr>
          <w:rFonts w:asciiTheme="majorHAnsi" w:eastAsia="Arial" w:hAnsiTheme="majorHAnsi" w:cstheme="majorHAnsi"/>
          <w:color w:val="004D40"/>
        </w:rPr>
      </w:pPr>
      <w:r w:rsidRPr="00C64174">
        <w:rPr>
          <w:rFonts w:asciiTheme="majorHAnsi" w:eastAsia="Arial" w:hAnsiTheme="majorHAnsi" w:cstheme="majorHAnsi"/>
          <w:color w:val="004D40"/>
        </w:rPr>
        <w:t>Academic &amp; Professional Qualifications</w:t>
      </w:r>
    </w:p>
    <w:p w14:paraId="4840520E" w14:textId="77777777" w:rsidR="00E94572" w:rsidRPr="00C64174" w:rsidRDefault="00CB6566">
      <w:pPr>
        <w:widowControl w:val="0"/>
        <w:spacing w:after="15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A Levels, Degrees, diplomas, post graduate qualifications, teaching qualifications stating subjects, grades &amp; class of degree.</w:t>
      </w:r>
    </w:p>
    <w:tbl>
      <w:tblPr>
        <w:tblStyle w:val="a1"/>
        <w:tblW w:w="936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2340"/>
        <w:gridCol w:w="2808"/>
        <w:gridCol w:w="1872"/>
        <w:gridCol w:w="2340"/>
      </w:tblGrid>
      <w:tr w:rsidR="00E94572" w:rsidRPr="00C64174" w14:paraId="30CD5C79" w14:textId="77777777">
        <w:trPr>
          <w:tblHeader/>
        </w:trPr>
        <w:tc>
          <w:tcPr>
            <w:tcW w:w="2340" w:type="dxa"/>
            <w:tcBorders>
              <w:top w:val="single" w:sz="6" w:space="0" w:color="CCCCCC"/>
              <w:left w:val="single" w:sz="6" w:space="0" w:color="CCCCCC"/>
              <w:bottom w:val="single" w:sz="6" w:space="0" w:color="CCCCCC"/>
              <w:right w:val="single" w:sz="6" w:space="0" w:color="CCCCCC"/>
            </w:tcBorders>
            <w:shd w:val="clear" w:color="auto" w:fill="F2F2F2"/>
            <w:tcMar>
              <w:top w:w="90" w:type="dxa"/>
              <w:left w:w="120" w:type="dxa"/>
              <w:bottom w:w="90" w:type="dxa"/>
              <w:right w:w="120" w:type="dxa"/>
            </w:tcMar>
          </w:tcPr>
          <w:p w14:paraId="6698BE46" w14:textId="77777777" w:rsidR="00E94572" w:rsidRPr="00C64174" w:rsidRDefault="00CB6566">
            <w:pPr>
              <w:widowControl w:val="0"/>
              <w:spacing w:before="90" w:after="90" w:line="300" w:lineRule="auto"/>
              <w:rPr>
                <w:rFonts w:asciiTheme="majorHAnsi" w:eastAsia="Arial" w:hAnsiTheme="majorHAnsi" w:cstheme="majorHAnsi"/>
                <w:b/>
                <w:bCs/>
                <w:sz w:val="20"/>
                <w:szCs w:val="20"/>
              </w:rPr>
            </w:pPr>
            <w:r w:rsidRPr="00C64174">
              <w:rPr>
                <w:rFonts w:asciiTheme="majorHAnsi" w:eastAsia="Arial" w:hAnsiTheme="majorHAnsi" w:cstheme="majorHAnsi"/>
                <w:b/>
                <w:bCs/>
                <w:sz w:val="20"/>
                <w:szCs w:val="20"/>
              </w:rPr>
              <w:t>Qualification &amp; Subject</w:t>
            </w:r>
          </w:p>
        </w:tc>
        <w:tc>
          <w:tcPr>
            <w:tcW w:w="2808" w:type="dxa"/>
            <w:tcBorders>
              <w:top w:val="single" w:sz="6" w:space="0" w:color="CCCCCC"/>
              <w:left w:val="single" w:sz="6" w:space="0" w:color="CCCCCC"/>
              <w:bottom w:val="single" w:sz="6" w:space="0" w:color="CCCCCC"/>
              <w:right w:val="single" w:sz="6" w:space="0" w:color="CCCCCC"/>
            </w:tcBorders>
            <w:shd w:val="clear" w:color="auto" w:fill="F2F2F2"/>
            <w:tcMar>
              <w:top w:w="90" w:type="dxa"/>
              <w:left w:w="120" w:type="dxa"/>
              <w:bottom w:w="90" w:type="dxa"/>
              <w:right w:w="120" w:type="dxa"/>
            </w:tcMar>
          </w:tcPr>
          <w:p w14:paraId="0CC85F72" w14:textId="77777777" w:rsidR="00E94572" w:rsidRPr="00C64174" w:rsidRDefault="00CB6566">
            <w:pPr>
              <w:widowControl w:val="0"/>
              <w:spacing w:before="90" w:after="90" w:line="300" w:lineRule="auto"/>
              <w:rPr>
                <w:rFonts w:asciiTheme="majorHAnsi" w:eastAsia="Arial" w:hAnsiTheme="majorHAnsi" w:cstheme="majorHAnsi"/>
                <w:b/>
                <w:bCs/>
                <w:sz w:val="20"/>
                <w:szCs w:val="20"/>
              </w:rPr>
            </w:pPr>
            <w:r w:rsidRPr="00C64174">
              <w:rPr>
                <w:rFonts w:asciiTheme="majorHAnsi" w:eastAsia="Arial" w:hAnsiTheme="majorHAnsi" w:cstheme="majorHAnsi"/>
                <w:b/>
                <w:bCs/>
                <w:sz w:val="20"/>
                <w:szCs w:val="20"/>
              </w:rPr>
              <w:t>Establishing Institution</w:t>
            </w:r>
          </w:p>
        </w:tc>
        <w:tc>
          <w:tcPr>
            <w:tcW w:w="1872" w:type="dxa"/>
            <w:tcBorders>
              <w:top w:val="single" w:sz="6" w:space="0" w:color="CCCCCC"/>
              <w:left w:val="single" w:sz="6" w:space="0" w:color="CCCCCC"/>
              <w:bottom w:val="single" w:sz="6" w:space="0" w:color="CCCCCC"/>
              <w:right w:val="single" w:sz="6" w:space="0" w:color="CCCCCC"/>
            </w:tcBorders>
            <w:shd w:val="clear" w:color="auto" w:fill="F2F2F2"/>
            <w:tcMar>
              <w:top w:w="90" w:type="dxa"/>
              <w:left w:w="120" w:type="dxa"/>
              <w:bottom w:w="90" w:type="dxa"/>
              <w:right w:w="120" w:type="dxa"/>
            </w:tcMar>
          </w:tcPr>
          <w:p w14:paraId="7E024DFC" w14:textId="77777777" w:rsidR="00E94572" w:rsidRPr="00C64174" w:rsidRDefault="00CB6566">
            <w:pPr>
              <w:widowControl w:val="0"/>
              <w:spacing w:before="90" w:after="90" w:line="300" w:lineRule="auto"/>
              <w:rPr>
                <w:rFonts w:asciiTheme="majorHAnsi" w:eastAsia="Arial" w:hAnsiTheme="majorHAnsi" w:cstheme="majorHAnsi"/>
                <w:b/>
                <w:bCs/>
                <w:sz w:val="20"/>
                <w:szCs w:val="20"/>
              </w:rPr>
            </w:pPr>
            <w:r w:rsidRPr="00C64174">
              <w:rPr>
                <w:rFonts w:asciiTheme="majorHAnsi" w:eastAsia="Arial" w:hAnsiTheme="majorHAnsi" w:cstheme="majorHAnsi"/>
                <w:b/>
                <w:bCs/>
                <w:sz w:val="20"/>
                <w:szCs w:val="20"/>
              </w:rPr>
              <w:t>Grades / Class</w:t>
            </w:r>
          </w:p>
        </w:tc>
        <w:tc>
          <w:tcPr>
            <w:tcW w:w="2340" w:type="dxa"/>
            <w:tcBorders>
              <w:top w:val="single" w:sz="6" w:space="0" w:color="CCCCCC"/>
              <w:left w:val="single" w:sz="6" w:space="0" w:color="CCCCCC"/>
              <w:bottom w:val="single" w:sz="6" w:space="0" w:color="CCCCCC"/>
              <w:right w:val="single" w:sz="6" w:space="0" w:color="CCCCCC"/>
            </w:tcBorders>
            <w:shd w:val="clear" w:color="auto" w:fill="F2F2F2"/>
            <w:tcMar>
              <w:top w:w="90" w:type="dxa"/>
              <w:left w:w="120" w:type="dxa"/>
              <w:bottom w:w="90" w:type="dxa"/>
              <w:right w:w="120" w:type="dxa"/>
            </w:tcMar>
          </w:tcPr>
          <w:p w14:paraId="3976B7E1" w14:textId="77777777" w:rsidR="00E94572" w:rsidRPr="00C64174" w:rsidRDefault="00CB6566">
            <w:pPr>
              <w:widowControl w:val="0"/>
              <w:spacing w:before="90" w:after="90" w:line="300" w:lineRule="auto"/>
              <w:rPr>
                <w:rFonts w:asciiTheme="majorHAnsi" w:eastAsia="Arial" w:hAnsiTheme="majorHAnsi" w:cstheme="majorHAnsi"/>
                <w:b/>
                <w:bCs/>
                <w:sz w:val="20"/>
                <w:szCs w:val="20"/>
              </w:rPr>
            </w:pPr>
            <w:r w:rsidRPr="00C64174">
              <w:rPr>
                <w:rFonts w:asciiTheme="majorHAnsi" w:eastAsia="Arial" w:hAnsiTheme="majorHAnsi" w:cstheme="majorHAnsi"/>
                <w:b/>
                <w:bCs/>
                <w:sz w:val="20"/>
                <w:szCs w:val="20"/>
              </w:rPr>
              <w:t>Date Awarded</w:t>
            </w:r>
          </w:p>
          <w:p w14:paraId="1A790BFB" w14:textId="77777777" w:rsidR="00E94572" w:rsidRPr="00C64174" w:rsidRDefault="00CB6566">
            <w:pPr>
              <w:widowControl w:val="0"/>
              <w:spacing w:before="300" w:after="300" w:line="300" w:lineRule="auto"/>
              <w:rPr>
                <w:rFonts w:asciiTheme="majorHAnsi" w:eastAsia="Arial" w:hAnsiTheme="majorHAnsi" w:cstheme="majorHAnsi"/>
              </w:rPr>
            </w:pPr>
            <w:r w:rsidRPr="00C64174">
              <w:rPr>
                <w:rFonts w:asciiTheme="majorHAnsi" w:eastAsia="Arial" w:hAnsiTheme="majorHAnsi" w:cstheme="majorHAnsi"/>
              </w:rPr>
              <w:t xml:space="preserve"> </w:t>
            </w:r>
          </w:p>
        </w:tc>
      </w:tr>
      <w:tr w:rsidR="00E94572" w:rsidRPr="00C64174" w14:paraId="3C1B819D" w14:textId="77777777">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4173BD77" w14:textId="77777777" w:rsidR="00E94572" w:rsidRDefault="00CB6566">
            <w:pPr>
              <w:widowControl w:val="0"/>
              <w:spacing w:before="90" w:after="9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 </w:t>
            </w:r>
          </w:p>
          <w:p w14:paraId="516161F3" w14:textId="77777777" w:rsidR="0030365C" w:rsidRPr="00C64174" w:rsidRDefault="0030365C">
            <w:pPr>
              <w:widowControl w:val="0"/>
              <w:spacing w:before="90" w:after="90" w:line="300" w:lineRule="auto"/>
              <w:rPr>
                <w:rFonts w:asciiTheme="majorHAnsi" w:eastAsia="Arial" w:hAnsiTheme="majorHAnsi" w:cstheme="majorHAnsi"/>
                <w:sz w:val="20"/>
                <w:szCs w:val="20"/>
              </w:rPr>
            </w:pPr>
          </w:p>
        </w:tc>
        <w:tc>
          <w:tcPr>
            <w:tcW w:w="2808"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1FF798DF" w14:textId="77777777" w:rsidR="00E94572" w:rsidRPr="00C64174" w:rsidRDefault="00CB6566">
            <w:pPr>
              <w:widowControl w:val="0"/>
              <w:spacing w:before="90" w:after="9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 </w:t>
            </w:r>
          </w:p>
        </w:tc>
        <w:tc>
          <w:tcPr>
            <w:tcW w:w="1872"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78B06492" w14:textId="77777777" w:rsidR="00E94572" w:rsidRPr="00C64174" w:rsidRDefault="00CB6566">
            <w:pPr>
              <w:widowControl w:val="0"/>
              <w:spacing w:before="90" w:after="9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 </w:t>
            </w:r>
          </w:p>
        </w:tc>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220F32C5" w14:textId="77777777" w:rsidR="00E94572" w:rsidRPr="00C64174" w:rsidRDefault="00CB6566">
            <w:pPr>
              <w:widowControl w:val="0"/>
              <w:spacing w:before="90" w:after="9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 </w:t>
            </w:r>
          </w:p>
        </w:tc>
      </w:tr>
      <w:tr w:rsidR="00E94572" w:rsidRPr="00C64174" w14:paraId="1EE75C05" w14:textId="77777777">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5B6C89A9" w14:textId="77777777" w:rsidR="00E94572" w:rsidRDefault="00CB6566">
            <w:pPr>
              <w:widowControl w:val="0"/>
              <w:spacing w:before="90" w:after="9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 </w:t>
            </w:r>
          </w:p>
          <w:p w14:paraId="064839E8" w14:textId="77777777" w:rsidR="0030365C" w:rsidRPr="00C64174" w:rsidRDefault="0030365C">
            <w:pPr>
              <w:widowControl w:val="0"/>
              <w:spacing w:before="90" w:after="90" w:line="300" w:lineRule="auto"/>
              <w:rPr>
                <w:rFonts w:asciiTheme="majorHAnsi" w:eastAsia="Arial" w:hAnsiTheme="majorHAnsi" w:cstheme="majorHAnsi"/>
                <w:sz w:val="20"/>
                <w:szCs w:val="20"/>
              </w:rPr>
            </w:pPr>
          </w:p>
        </w:tc>
        <w:tc>
          <w:tcPr>
            <w:tcW w:w="2808"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1BE232E7" w14:textId="77777777" w:rsidR="00E94572" w:rsidRPr="00C64174" w:rsidRDefault="00CB6566">
            <w:pPr>
              <w:widowControl w:val="0"/>
              <w:spacing w:before="90" w:after="9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 </w:t>
            </w:r>
          </w:p>
        </w:tc>
        <w:tc>
          <w:tcPr>
            <w:tcW w:w="1872"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4FC7958B" w14:textId="77777777" w:rsidR="00E94572" w:rsidRPr="00C64174" w:rsidRDefault="00CB6566">
            <w:pPr>
              <w:widowControl w:val="0"/>
              <w:spacing w:before="90" w:after="9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 </w:t>
            </w:r>
          </w:p>
        </w:tc>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36C0D63B" w14:textId="77777777" w:rsidR="00E94572" w:rsidRPr="00C64174" w:rsidRDefault="00CB6566">
            <w:pPr>
              <w:widowControl w:val="0"/>
              <w:spacing w:before="90" w:after="9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 </w:t>
            </w:r>
          </w:p>
        </w:tc>
      </w:tr>
      <w:tr w:rsidR="00E94572" w:rsidRPr="00C64174" w14:paraId="28403601" w14:textId="77777777">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43EA6EDD" w14:textId="77777777" w:rsidR="00E94572" w:rsidRDefault="00CB6566">
            <w:pPr>
              <w:widowControl w:val="0"/>
              <w:spacing w:before="90" w:after="9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 </w:t>
            </w:r>
          </w:p>
          <w:p w14:paraId="2CC1E357" w14:textId="77777777" w:rsidR="0030365C" w:rsidRPr="00C64174" w:rsidRDefault="0030365C">
            <w:pPr>
              <w:widowControl w:val="0"/>
              <w:spacing w:before="90" w:after="90" w:line="300" w:lineRule="auto"/>
              <w:rPr>
                <w:rFonts w:asciiTheme="majorHAnsi" w:eastAsia="Arial" w:hAnsiTheme="majorHAnsi" w:cstheme="majorHAnsi"/>
                <w:sz w:val="20"/>
                <w:szCs w:val="20"/>
              </w:rPr>
            </w:pPr>
          </w:p>
        </w:tc>
        <w:tc>
          <w:tcPr>
            <w:tcW w:w="2808"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253B4AF0" w14:textId="77777777" w:rsidR="00E94572" w:rsidRPr="00C64174" w:rsidRDefault="00CB6566">
            <w:pPr>
              <w:widowControl w:val="0"/>
              <w:spacing w:before="90" w:after="9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 </w:t>
            </w:r>
          </w:p>
        </w:tc>
        <w:tc>
          <w:tcPr>
            <w:tcW w:w="1872"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6EB693DB" w14:textId="77777777" w:rsidR="00E94572" w:rsidRPr="00C64174" w:rsidRDefault="00CB6566">
            <w:pPr>
              <w:widowControl w:val="0"/>
              <w:spacing w:before="90" w:after="9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 </w:t>
            </w:r>
          </w:p>
        </w:tc>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6D531B03" w14:textId="77777777" w:rsidR="00E94572" w:rsidRPr="00C64174" w:rsidRDefault="00CB6566">
            <w:pPr>
              <w:widowControl w:val="0"/>
              <w:spacing w:before="90" w:after="90" w:line="300" w:lineRule="auto"/>
              <w:rPr>
                <w:rFonts w:asciiTheme="majorHAnsi" w:eastAsia="Arial" w:hAnsiTheme="majorHAnsi" w:cstheme="majorHAnsi"/>
                <w:sz w:val="20"/>
                <w:szCs w:val="20"/>
              </w:rPr>
            </w:pPr>
            <w:r w:rsidRPr="00C64174">
              <w:rPr>
                <w:rFonts w:asciiTheme="majorHAnsi" w:eastAsia="Arial" w:hAnsiTheme="majorHAnsi" w:cstheme="majorHAnsi"/>
                <w:sz w:val="20"/>
                <w:szCs w:val="20"/>
              </w:rPr>
              <w:t> </w:t>
            </w:r>
          </w:p>
        </w:tc>
      </w:tr>
      <w:tr w:rsidR="007A1CF2" w:rsidRPr="00C64174" w14:paraId="2A0C27AA" w14:textId="77777777">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46E38766" w14:textId="77777777" w:rsidR="007A1CF2" w:rsidRDefault="007A1CF2">
            <w:pPr>
              <w:widowControl w:val="0"/>
              <w:spacing w:before="90" w:after="90" w:line="300" w:lineRule="auto"/>
              <w:rPr>
                <w:rFonts w:asciiTheme="majorHAnsi" w:eastAsia="Arial" w:hAnsiTheme="majorHAnsi" w:cstheme="majorHAnsi"/>
                <w:sz w:val="20"/>
                <w:szCs w:val="20"/>
              </w:rPr>
            </w:pPr>
          </w:p>
          <w:p w14:paraId="6FC35FE2" w14:textId="77777777" w:rsidR="0030365C" w:rsidRPr="00C64174" w:rsidRDefault="0030365C">
            <w:pPr>
              <w:widowControl w:val="0"/>
              <w:spacing w:before="90" w:after="90" w:line="300" w:lineRule="auto"/>
              <w:rPr>
                <w:rFonts w:asciiTheme="majorHAnsi" w:eastAsia="Arial" w:hAnsiTheme="majorHAnsi" w:cstheme="majorHAnsi"/>
                <w:sz w:val="20"/>
                <w:szCs w:val="20"/>
              </w:rPr>
            </w:pPr>
          </w:p>
        </w:tc>
        <w:tc>
          <w:tcPr>
            <w:tcW w:w="2808"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35424222" w14:textId="77777777" w:rsidR="007A1CF2" w:rsidRPr="00C64174" w:rsidRDefault="007A1CF2">
            <w:pPr>
              <w:widowControl w:val="0"/>
              <w:spacing w:before="90" w:after="90" w:line="300" w:lineRule="auto"/>
              <w:rPr>
                <w:rFonts w:asciiTheme="majorHAnsi" w:eastAsia="Arial" w:hAnsiTheme="majorHAnsi" w:cstheme="majorHAnsi"/>
                <w:sz w:val="20"/>
                <w:szCs w:val="20"/>
              </w:rPr>
            </w:pPr>
          </w:p>
        </w:tc>
        <w:tc>
          <w:tcPr>
            <w:tcW w:w="1872"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49EFF4E2" w14:textId="77777777" w:rsidR="007A1CF2" w:rsidRPr="00C64174" w:rsidRDefault="007A1CF2">
            <w:pPr>
              <w:widowControl w:val="0"/>
              <w:spacing w:before="90" w:after="90" w:line="300" w:lineRule="auto"/>
              <w:rPr>
                <w:rFonts w:asciiTheme="majorHAnsi" w:eastAsia="Arial" w:hAnsiTheme="majorHAnsi" w:cstheme="majorHAnsi"/>
                <w:sz w:val="20"/>
                <w:szCs w:val="20"/>
              </w:rPr>
            </w:pPr>
          </w:p>
        </w:tc>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15925679" w14:textId="77777777" w:rsidR="007A1CF2" w:rsidRPr="00C64174" w:rsidRDefault="007A1CF2">
            <w:pPr>
              <w:widowControl w:val="0"/>
              <w:spacing w:before="90" w:after="90" w:line="300" w:lineRule="auto"/>
              <w:rPr>
                <w:rFonts w:asciiTheme="majorHAnsi" w:eastAsia="Arial" w:hAnsiTheme="majorHAnsi" w:cstheme="majorHAnsi"/>
                <w:sz w:val="20"/>
                <w:szCs w:val="20"/>
              </w:rPr>
            </w:pPr>
          </w:p>
        </w:tc>
      </w:tr>
      <w:tr w:rsidR="0030365C" w:rsidRPr="00C64174" w14:paraId="4B3459ED" w14:textId="77777777">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7E5EB4E0" w14:textId="77777777" w:rsidR="0030365C" w:rsidRDefault="0030365C">
            <w:pPr>
              <w:widowControl w:val="0"/>
              <w:spacing w:before="90" w:after="90" w:line="300" w:lineRule="auto"/>
              <w:rPr>
                <w:rFonts w:asciiTheme="majorHAnsi" w:eastAsia="Arial" w:hAnsiTheme="majorHAnsi" w:cstheme="majorHAnsi"/>
                <w:sz w:val="20"/>
                <w:szCs w:val="20"/>
              </w:rPr>
            </w:pPr>
          </w:p>
          <w:p w14:paraId="31630864" w14:textId="77777777" w:rsidR="0030365C" w:rsidRPr="00C64174" w:rsidRDefault="0030365C">
            <w:pPr>
              <w:widowControl w:val="0"/>
              <w:spacing w:before="90" w:after="90" w:line="300" w:lineRule="auto"/>
              <w:rPr>
                <w:rFonts w:asciiTheme="majorHAnsi" w:eastAsia="Arial" w:hAnsiTheme="majorHAnsi" w:cstheme="majorHAnsi"/>
                <w:sz w:val="20"/>
                <w:szCs w:val="20"/>
              </w:rPr>
            </w:pPr>
          </w:p>
        </w:tc>
        <w:tc>
          <w:tcPr>
            <w:tcW w:w="2808"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3F45C3DD" w14:textId="77777777" w:rsidR="0030365C" w:rsidRPr="00C64174" w:rsidRDefault="0030365C">
            <w:pPr>
              <w:widowControl w:val="0"/>
              <w:spacing w:before="90" w:after="90" w:line="300" w:lineRule="auto"/>
              <w:rPr>
                <w:rFonts w:asciiTheme="majorHAnsi" w:eastAsia="Arial" w:hAnsiTheme="majorHAnsi" w:cstheme="majorHAnsi"/>
                <w:sz w:val="20"/>
                <w:szCs w:val="20"/>
              </w:rPr>
            </w:pPr>
          </w:p>
        </w:tc>
        <w:tc>
          <w:tcPr>
            <w:tcW w:w="1872"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7277BF76" w14:textId="77777777" w:rsidR="0030365C" w:rsidRPr="00C64174" w:rsidRDefault="0030365C">
            <w:pPr>
              <w:widowControl w:val="0"/>
              <w:spacing w:before="90" w:after="90" w:line="300" w:lineRule="auto"/>
              <w:rPr>
                <w:rFonts w:asciiTheme="majorHAnsi" w:eastAsia="Arial" w:hAnsiTheme="majorHAnsi" w:cstheme="majorHAnsi"/>
                <w:sz w:val="20"/>
                <w:szCs w:val="20"/>
              </w:rPr>
            </w:pPr>
          </w:p>
        </w:tc>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76F90B53" w14:textId="77777777" w:rsidR="0030365C" w:rsidRPr="00C64174" w:rsidRDefault="0030365C">
            <w:pPr>
              <w:widowControl w:val="0"/>
              <w:spacing w:before="90" w:after="90" w:line="300" w:lineRule="auto"/>
              <w:rPr>
                <w:rFonts w:asciiTheme="majorHAnsi" w:eastAsia="Arial" w:hAnsiTheme="majorHAnsi" w:cstheme="majorHAnsi"/>
                <w:sz w:val="20"/>
                <w:szCs w:val="20"/>
              </w:rPr>
            </w:pPr>
          </w:p>
        </w:tc>
      </w:tr>
      <w:tr w:rsidR="00830678" w:rsidRPr="00C64174" w14:paraId="2292BED4" w14:textId="77777777">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51BCB7A2" w14:textId="77777777" w:rsidR="00830678" w:rsidRDefault="00830678">
            <w:pPr>
              <w:widowControl w:val="0"/>
              <w:spacing w:before="90" w:after="90" w:line="300" w:lineRule="auto"/>
              <w:rPr>
                <w:rFonts w:asciiTheme="majorHAnsi" w:eastAsia="Arial" w:hAnsiTheme="majorHAnsi" w:cstheme="majorHAnsi"/>
                <w:sz w:val="20"/>
                <w:szCs w:val="20"/>
              </w:rPr>
            </w:pPr>
          </w:p>
          <w:p w14:paraId="5F4ED2B8" w14:textId="77777777" w:rsidR="00830678" w:rsidRDefault="00830678">
            <w:pPr>
              <w:widowControl w:val="0"/>
              <w:spacing w:before="90" w:after="90" w:line="300" w:lineRule="auto"/>
              <w:rPr>
                <w:rFonts w:asciiTheme="majorHAnsi" w:eastAsia="Arial" w:hAnsiTheme="majorHAnsi" w:cstheme="majorHAnsi"/>
                <w:sz w:val="20"/>
                <w:szCs w:val="20"/>
              </w:rPr>
            </w:pPr>
          </w:p>
        </w:tc>
        <w:tc>
          <w:tcPr>
            <w:tcW w:w="2808"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6DF6BA5A" w14:textId="77777777" w:rsidR="00830678" w:rsidRPr="00C64174" w:rsidRDefault="00830678">
            <w:pPr>
              <w:widowControl w:val="0"/>
              <w:spacing w:before="90" w:after="90" w:line="300" w:lineRule="auto"/>
              <w:rPr>
                <w:rFonts w:asciiTheme="majorHAnsi" w:eastAsia="Arial" w:hAnsiTheme="majorHAnsi" w:cstheme="majorHAnsi"/>
                <w:sz w:val="20"/>
                <w:szCs w:val="20"/>
              </w:rPr>
            </w:pPr>
          </w:p>
        </w:tc>
        <w:tc>
          <w:tcPr>
            <w:tcW w:w="1872"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2D5802E9" w14:textId="77777777" w:rsidR="00830678" w:rsidRPr="00C64174" w:rsidRDefault="00830678">
            <w:pPr>
              <w:widowControl w:val="0"/>
              <w:spacing w:before="90" w:after="90" w:line="300" w:lineRule="auto"/>
              <w:rPr>
                <w:rFonts w:asciiTheme="majorHAnsi" w:eastAsia="Arial" w:hAnsiTheme="majorHAnsi" w:cstheme="majorHAnsi"/>
                <w:sz w:val="20"/>
                <w:szCs w:val="20"/>
              </w:rPr>
            </w:pPr>
          </w:p>
        </w:tc>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247473FF" w14:textId="77777777" w:rsidR="00830678" w:rsidRPr="00C64174" w:rsidRDefault="00830678">
            <w:pPr>
              <w:widowControl w:val="0"/>
              <w:spacing w:before="90" w:after="90" w:line="300" w:lineRule="auto"/>
              <w:rPr>
                <w:rFonts w:asciiTheme="majorHAnsi" w:eastAsia="Arial" w:hAnsiTheme="majorHAnsi" w:cstheme="majorHAnsi"/>
                <w:sz w:val="20"/>
                <w:szCs w:val="20"/>
              </w:rPr>
            </w:pPr>
          </w:p>
        </w:tc>
      </w:tr>
      <w:tr w:rsidR="00830678" w:rsidRPr="00C64174" w14:paraId="4D518479" w14:textId="77777777">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6E73B328" w14:textId="77777777" w:rsidR="00830678" w:rsidRDefault="00830678">
            <w:pPr>
              <w:widowControl w:val="0"/>
              <w:spacing w:before="90" w:after="90" w:line="300" w:lineRule="auto"/>
              <w:rPr>
                <w:rFonts w:asciiTheme="majorHAnsi" w:eastAsia="Arial" w:hAnsiTheme="majorHAnsi" w:cstheme="majorHAnsi"/>
                <w:sz w:val="20"/>
                <w:szCs w:val="20"/>
              </w:rPr>
            </w:pPr>
          </w:p>
          <w:p w14:paraId="505544B6" w14:textId="77777777" w:rsidR="00830678" w:rsidRDefault="00830678">
            <w:pPr>
              <w:widowControl w:val="0"/>
              <w:spacing w:before="90" w:after="90" w:line="300" w:lineRule="auto"/>
              <w:rPr>
                <w:rFonts w:asciiTheme="majorHAnsi" w:eastAsia="Arial" w:hAnsiTheme="majorHAnsi" w:cstheme="majorHAnsi"/>
                <w:sz w:val="20"/>
                <w:szCs w:val="20"/>
              </w:rPr>
            </w:pPr>
          </w:p>
        </w:tc>
        <w:tc>
          <w:tcPr>
            <w:tcW w:w="2808"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7239E4AA" w14:textId="77777777" w:rsidR="00830678" w:rsidRPr="00C64174" w:rsidRDefault="00830678">
            <w:pPr>
              <w:widowControl w:val="0"/>
              <w:spacing w:before="90" w:after="90" w:line="300" w:lineRule="auto"/>
              <w:rPr>
                <w:rFonts w:asciiTheme="majorHAnsi" w:eastAsia="Arial" w:hAnsiTheme="majorHAnsi" w:cstheme="majorHAnsi"/>
                <w:sz w:val="20"/>
                <w:szCs w:val="20"/>
              </w:rPr>
            </w:pPr>
          </w:p>
        </w:tc>
        <w:tc>
          <w:tcPr>
            <w:tcW w:w="1872"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320632D6" w14:textId="77777777" w:rsidR="00830678" w:rsidRPr="00C64174" w:rsidRDefault="00830678">
            <w:pPr>
              <w:widowControl w:val="0"/>
              <w:spacing w:before="90" w:after="90" w:line="300" w:lineRule="auto"/>
              <w:rPr>
                <w:rFonts w:asciiTheme="majorHAnsi" w:eastAsia="Arial" w:hAnsiTheme="majorHAnsi" w:cstheme="majorHAnsi"/>
                <w:sz w:val="20"/>
                <w:szCs w:val="20"/>
              </w:rPr>
            </w:pPr>
          </w:p>
        </w:tc>
        <w:tc>
          <w:tcPr>
            <w:tcW w:w="234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32D916EE" w14:textId="77777777" w:rsidR="00830678" w:rsidRPr="00C64174" w:rsidRDefault="00830678">
            <w:pPr>
              <w:widowControl w:val="0"/>
              <w:spacing w:before="90" w:after="90" w:line="300" w:lineRule="auto"/>
              <w:rPr>
                <w:rFonts w:asciiTheme="majorHAnsi" w:eastAsia="Arial" w:hAnsiTheme="majorHAnsi" w:cstheme="majorHAnsi"/>
                <w:sz w:val="20"/>
                <w:szCs w:val="20"/>
              </w:rPr>
            </w:pPr>
          </w:p>
        </w:tc>
      </w:tr>
    </w:tbl>
    <w:p w14:paraId="54E6F419" w14:textId="77777777" w:rsidR="0030365C" w:rsidRDefault="0030365C">
      <w:pPr>
        <w:rPr>
          <w:rFonts w:asciiTheme="majorHAnsi" w:eastAsia="Arial" w:hAnsiTheme="majorHAnsi" w:cstheme="majorHAnsi"/>
          <w:b/>
          <w:bCs/>
          <w:color w:val="004D40"/>
          <w:sz w:val="28"/>
          <w:szCs w:val="28"/>
        </w:rPr>
      </w:pPr>
      <w:r>
        <w:rPr>
          <w:rFonts w:asciiTheme="majorHAnsi" w:eastAsia="Arial" w:hAnsiTheme="majorHAnsi" w:cstheme="majorHAnsi"/>
          <w:color w:val="004D40"/>
          <w:sz w:val="28"/>
          <w:szCs w:val="28"/>
        </w:rPr>
        <w:br w:type="page"/>
      </w:r>
    </w:p>
    <w:p w14:paraId="6A00C63F" w14:textId="124DFCC6" w:rsidR="00C64174" w:rsidRDefault="00C64174" w:rsidP="007A1CF2">
      <w:pPr>
        <w:pStyle w:val="Heading3"/>
        <w:spacing w:line="240" w:lineRule="auto"/>
        <w:rPr>
          <w:rFonts w:asciiTheme="majorHAnsi" w:eastAsia="Arial" w:hAnsiTheme="majorHAnsi" w:cstheme="majorHAnsi"/>
          <w:color w:val="004D40"/>
          <w:sz w:val="28"/>
          <w:szCs w:val="28"/>
        </w:rPr>
      </w:pPr>
      <w:r w:rsidRPr="0030365C">
        <w:rPr>
          <w:rFonts w:asciiTheme="majorHAnsi" w:eastAsia="Arial" w:hAnsiTheme="majorHAnsi" w:cstheme="majorHAnsi"/>
          <w:color w:val="004D40"/>
          <w:sz w:val="28"/>
          <w:szCs w:val="28"/>
        </w:rPr>
        <w:lastRenderedPageBreak/>
        <w:t>C</w:t>
      </w:r>
      <w:r w:rsidR="0030365C">
        <w:rPr>
          <w:rFonts w:asciiTheme="majorHAnsi" w:eastAsia="Arial" w:hAnsiTheme="majorHAnsi" w:cstheme="majorHAnsi"/>
          <w:color w:val="004D40"/>
          <w:sz w:val="28"/>
          <w:szCs w:val="28"/>
        </w:rPr>
        <w:t xml:space="preserve">URRENT OR MOST RECENT EMPLOYMENT DETAILS </w:t>
      </w:r>
    </w:p>
    <w:p w14:paraId="7196290D" w14:textId="47E98589" w:rsidR="00830678" w:rsidRPr="00830678" w:rsidRDefault="0089264A" w:rsidP="00830678">
      <w:r>
        <w:rPr>
          <w:rFonts w:asciiTheme="majorHAnsi" w:hAnsiTheme="majorHAnsi" w:cstheme="majorHAnsi"/>
        </w:rPr>
        <w:pict w14:anchorId="28B1CBF0">
          <v:rect id="_x0000_i1029" style="width:0;height:1.5pt" o:hralign="center" o:hrstd="t" o:hr="t" fillcolor="#a0a0a0" stroked="f"/>
        </w:pict>
      </w:r>
    </w:p>
    <w:tbl>
      <w:tblPr>
        <w:tblW w:w="10859" w:type="dxa"/>
        <w:tblLook w:val="0000" w:firstRow="0" w:lastRow="0" w:firstColumn="0" w:lastColumn="0" w:noHBand="0" w:noVBand="0"/>
      </w:tblPr>
      <w:tblGrid>
        <w:gridCol w:w="3182"/>
        <w:gridCol w:w="3069"/>
        <w:gridCol w:w="2821"/>
        <w:gridCol w:w="1787"/>
      </w:tblGrid>
      <w:tr w:rsidR="00C64174" w:rsidRPr="00340C5E" w14:paraId="1FD635FF" w14:textId="77777777" w:rsidTr="00C64174">
        <w:trPr>
          <w:cantSplit/>
        </w:trPr>
        <w:tc>
          <w:tcPr>
            <w:tcW w:w="3182" w:type="dxa"/>
          </w:tcPr>
          <w:p w14:paraId="2DF4E5B4" w14:textId="0F739553" w:rsidR="00C64174" w:rsidRPr="00C64174" w:rsidRDefault="00C64174" w:rsidP="007A1CF2">
            <w:pPr>
              <w:spacing w:line="240" w:lineRule="auto"/>
              <w:rPr>
                <w:rFonts w:ascii="Calibri" w:hAnsi="Calibri" w:cs="Calibri"/>
                <w:noProof/>
              </w:rPr>
            </w:pPr>
            <w:r w:rsidRPr="00C64174">
              <w:rPr>
                <w:rFonts w:ascii="Calibri" w:hAnsi="Calibri" w:cs="Calibri"/>
                <w:noProof/>
              </w:rPr>
              <w:t xml:space="preserve">Name of Employer/LEA/School </w:t>
            </w:r>
          </w:p>
        </w:tc>
        <w:tc>
          <w:tcPr>
            <w:tcW w:w="7677" w:type="dxa"/>
            <w:gridSpan w:val="3"/>
          </w:tcPr>
          <w:p w14:paraId="271D085A" w14:textId="17ED97F4" w:rsidR="00C64174" w:rsidRPr="00C64174" w:rsidRDefault="00C64174" w:rsidP="007A1CF2">
            <w:pPr>
              <w:spacing w:line="240" w:lineRule="auto"/>
              <w:rPr>
                <w:rFonts w:ascii="Calibri" w:hAnsi="Calibri" w:cs="Calibri"/>
                <w:noProof/>
              </w:rPr>
            </w:pPr>
            <w:r w:rsidRPr="00C64174">
              <w:rPr>
                <w:rFonts w:ascii="Calibri" w:hAnsi="Calibri" w:cs="Calibri"/>
                <w:noProof/>
              </w:rPr>
              <w:fldChar w:fldCharType="begin">
                <w:ffData>
                  <w:name w:val="Text25"/>
                  <w:enabled/>
                  <w:calcOnExit w:val="0"/>
                  <w:textInput/>
                </w:ffData>
              </w:fldChar>
            </w:r>
            <w:bookmarkStart w:id="0" w:name="Text25"/>
            <w:r w:rsidRPr="00C64174">
              <w:rPr>
                <w:rFonts w:ascii="Calibri" w:hAnsi="Calibri" w:cs="Calibri"/>
                <w:noProof/>
              </w:rPr>
              <w:instrText xml:space="preserve"> FORMTEXT </w:instrText>
            </w:r>
            <w:r w:rsidRPr="00C64174">
              <w:rPr>
                <w:rFonts w:ascii="Calibri" w:hAnsi="Calibri" w:cs="Calibri"/>
                <w:noProof/>
              </w:rPr>
            </w:r>
            <w:r w:rsidRPr="00C64174">
              <w:rPr>
                <w:rFonts w:ascii="Calibri" w:hAnsi="Calibri" w:cs="Calibri"/>
                <w:noProof/>
              </w:rPr>
              <w:fldChar w:fldCharType="separate"/>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fldChar w:fldCharType="end"/>
            </w:r>
            <w:bookmarkEnd w:id="0"/>
          </w:p>
        </w:tc>
      </w:tr>
      <w:tr w:rsidR="00C64174" w:rsidRPr="00340C5E" w14:paraId="37CA3238" w14:textId="77777777" w:rsidTr="00C64174">
        <w:trPr>
          <w:cantSplit/>
        </w:trPr>
        <w:tc>
          <w:tcPr>
            <w:tcW w:w="3182" w:type="dxa"/>
          </w:tcPr>
          <w:p w14:paraId="4B69735A" w14:textId="4BAAF138" w:rsidR="00C64174" w:rsidRPr="00C64174" w:rsidRDefault="00C64174" w:rsidP="00EC7FCE">
            <w:pPr>
              <w:rPr>
                <w:rFonts w:ascii="Calibri" w:hAnsi="Calibri" w:cs="Calibri"/>
                <w:noProof/>
              </w:rPr>
            </w:pPr>
            <w:r w:rsidRPr="00C64174">
              <w:rPr>
                <w:rFonts w:ascii="Calibri" w:hAnsi="Calibri" w:cs="Calibri"/>
                <w:noProof/>
              </w:rPr>
              <w:t>Address</w:t>
            </w:r>
          </w:p>
        </w:tc>
        <w:tc>
          <w:tcPr>
            <w:tcW w:w="7677" w:type="dxa"/>
            <w:gridSpan w:val="3"/>
          </w:tcPr>
          <w:p w14:paraId="277B1465" w14:textId="77777777" w:rsidR="00C64174" w:rsidRPr="00C64174" w:rsidRDefault="00C64174" w:rsidP="00EC7FCE">
            <w:pPr>
              <w:rPr>
                <w:rFonts w:ascii="Calibri" w:hAnsi="Calibri" w:cs="Calibri"/>
                <w:noProof/>
              </w:rPr>
            </w:pPr>
            <w:r w:rsidRPr="00C64174">
              <w:rPr>
                <w:rFonts w:ascii="Calibri" w:hAnsi="Calibri" w:cs="Calibri"/>
                <w:noProof/>
              </w:rPr>
              <w:fldChar w:fldCharType="begin">
                <w:ffData>
                  <w:name w:val="Text26"/>
                  <w:enabled/>
                  <w:calcOnExit w:val="0"/>
                  <w:textInput/>
                </w:ffData>
              </w:fldChar>
            </w:r>
            <w:bookmarkStart w:id="1" w:name="Text26"/>
            <w:r w:rsidRPr="00C64174">
              <w:rPr>
                <w:rFonts w:ascii="Calibri" w:hAnsi="Calibri" w:cs="Calibri"/>
                <w:noProof/>
              </w:rPr>
              <w:instrText xml:space="preserve"> FORMTEXT </w:instrText>
            </w:r>
            <w:r w:rsidRPr="00C64174">
              <w:rPr>
                <w:rFonts w:ascii="Calibri" w:hAnsi="Calibri" w:cs="Calibri"/>
                <w:noProof/>
              </w:rPr>
            </w:r>
            <w:r w:rsidRPr="00C64174">
              <w:rPr>
                <w:rFonts w:ascii="Calibri" w:hAnsi="Calibri" w:cs="Calibri"/>
                <w:noProof/>
              </w:rPr>
              <w:fldChar w:fldCharType="separate"/>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fldChar w:fldCharType="end"/>
            </w:r>
            <w:bookmarkEnd w:id="1"/>
          </w:p>
        </w:tc>
      </w:tr>
      <w:tr w:rsidR="00C64174" w:rsidRPr="00340C5E" w14:paraId="2F690654" w14:textId="77777777" w:rsidTr="00C64174">
        <w:trPr>
          <w:cantSplit/>
        </w:trPr>
        <w:tc>
          <w:tcPr>
            <w:tcW w:w="3182" w:type="dxa"/>
          </w:tcPr>
          <w:p w14:paraId="7C349E89" w14:textId="77F4DBE4" w:rsidR="00C64174" w:rsidRPr="00C64174" w:rsidRDefault="00C64174" w:rsidP="00EC7FCE">
            <w:pPr>
              <w:rPr>
                <w:rFonts w:ascii="Calibri" w:hAnsi="Calibri" w:cs="Calibri"/>
                <w:noProof/>
              </w:rPr>
            </w:pPr>
            <w:r w:rsidRPr="00C64174">
              <w:rPr>
                <w:rFonts w:ascii="Calibri" w:hAnsi="Calibri" w:cs="Calibri"/>
                <w:noProof/>
              </w:rPr>
              <w:t>Tel No</w:t>
            </w:r>
          </w:p>
        </w:tc>
        <w:tc>
          <w:tcPr>
            <w:tcW w:w="7677" w:type="dxa"/>
            <w:gridSpan w:val="3"/>
          </w:tcPr>
          <w:p w14:paraId="09B2E788" w14:textId="77777777" w:rsidR="00C64174" w:rsidRPr="00C64174" w:rsidRDefault="00C64174" w:rsidP="00EC7FCE">
            <w:pPr>
              <w:rPr>
                <w:rFonts w:ascii="Calibri" w:hAnsi="Calibri" w:cs="Calibri"/>
                <w:noProof/>
              </w:rPr>
            </w:pPr>
            <w:r w:rsidRPr="00C64174">
              <w:rPr>
                <w:rFonts w:ascii="Calibri" w:hAnsi="Calibri" w:cs="Calibri"/>
                <w:noProof/>
              </w:rPr>
              <w:fldChar w:fldCharType="begin">
                <w:ffData>
                  <w:name w:val="Text35"/>
                  <w:enabled/>
                  <w:calcOnExit w:val="0"/>
                  <w:textInput>
                    <w:maxLength w:val="22"/>
                  </w:textInput>
                </w:ffData>
              </w:fldChar>
            </w:r>
            <w:bookmarkStart w:id="2" w:name="Text35"/>
            <w:r w:rsidRPr="00C64174">
              <w:rPr>
                <w:rFonts w:ascii="Calibri" w:hAnsi="Calibri" w:cs="Calibri"/>
                <w:noProof/>
              </w:rPr>
              <w:instrText xml:space="preserve"> FORMTEXT </w:instrText>
            </w:r>
            <w:r w:rsidRPr="00C64174">
              <w:rPr>
                <w:rFonts w:ascii="Calibri" w:hAnsi="Calibri" w:cs="Calibri"/>
                <w:noProof/>
              </w:rPr>
            </w:r>
            <w:r w:rsidRPr="00C64174">
              <w:rPr>
                <w:rFonts w:ascii="Calibri" w:hAnsi="Calibri" w:cs="Calibri"/>
                <w:noProof/>
              </w:rPr>
              <w:fldChar w:fldCharType="separate"/>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fldChar w:fldCharType="end"/>
            </w:r>
            <w:bookmarkEnd w:id="2"/>
          </w:p>
        </w:tc>
      </w:tr>
      <w:tr w:rsidR="00C64174" w:rsidRPr="00340C5E" w14:paraId="7850F0FE" w14:textId="77777777" w:rsidTr="00C64174">
        <w:tc>
          <w:tcPr>
            <w:tcW w:w="3182" w:type="dxa"/>
          </w:tcPr>
          <w:p w14:paraId="6B2487A6" w14:textId="77777777" w:rsidR="00C64174" w:rsidRPr="00C64174" w:rsidRDefault="00C64174" w:rsidP="00EC7FCE">
            <w:pPr>
              <w:rPr>
                <w:rFonts w:ascii="Calibri" w:hAnsi="Calibri" w:cs="Calibri"/>
                <w:noProof/>
              </w:rPr>
            </w:pPr>
            <w:r w:rsidRPr="00C64174">
              <w:rPr>
                <w:rFonts w:ascii="Calibri" w:hAnsi="Calibri" w:cs="Calibri"/>
                <w:noProof/>
              </w:rPr>
              <w:t xml:space="preserve">Present Post/Job Title </w:t>
            </w:r>
          </w:p>
          <w:p w14:paraId="3BB97682" w14:textId="77777777" w:rsidR="00C64174" w:rsidRDefault="00C64174" w:rsidP="00EC7FCE">
            <w:pPr>
              <w:rPr>
                <w:rFonts w:ascii="Calibri" w:hAnsi="Calibri" w:cs="Calibri"/>
                <w:noProof/>
              </w:rPr>
            </w:pPr>
          </w:p>
          <w:p w14:paraId="1DAEFEC6" w14:textId="77777777" w:rsidR="00C64174" w:rsidRDefault="00C64174" w:rsidP="00EC7FCE">
            <w:pPr>
              <w:rPr>
                <w:rFonts w:ascii="Calibri" w:hAnsi="Calibri" w:cs="Calibri"/>
                <w:noProof/>
              </w:rPr>
            </w:pPr>
          </w:p>
          <w:p w14:paraId="432DD478" w14:textId="15237A0E" w:rsidR="00C64174" w:rsidRDefault="00C64174" w:rsidP="00EC7FCE">
            <w:pPr>
              <w:rPr>
                <w:rFonts w:ascii="Calibri" w:hAnsi="Calibri" w:cs="Calibri"/>
                <w:noProof/>
              </w:rPr>
            </w:pPr>
            <w:r>
              <w:rPr>
                <w:rFonts w:ascii="Calibri" w:hAnsi="Calibri" w:cs="Calibri"/>
                <w:noProof/>
              </w:rPr>
              <w:t>Specialist Subjects (If Applicable)</w:t>
            </w:r>
          </w:p>
          <w:p w14:paraId="7374E1EA" w14:textId="65808B79" w:rsidR="00C64174" w:rsidRPr="00C64174" w:rsidRDefault="00C64174" w:rsidP="00EC7FCE">
            <w:pPr>
              <w:rPr>
                <w:rFonts w:ascii="Calibri" w:hAnsi="Calibri" w:cs="Calibri"/>
                <w:noProof/>
              </w:rPr>
            </w:pPr>
            <w:r>
              <w:rPr>
                <w:rFonts w:ascii="Calibri" w:hAnsi="Calibri" w:cs="Calibri"/>
                <w:noProof/>
              </w:rPr>
              <w:t xml:space="preserve">Reason for </w:t>
            </w:r>
            <w:r w:rsidR="007A1CF2">
              <w:rPr>
                <w:rFonts w:ascii="Calibri" w:hAnsi="Calibri" w:cs="Calibri"/>
                <w:noProof/>
              </w:rPr>
              <w:t>L</w:t>
            </w:r>
            <w:r>
              <w:rPr>
                <w:rFonts w:ascii="Calibri" w:hAnsi="Calibri" w:cs="Calibri"/>
                <w:noProof/>
              </w:rPr>
              <w:t xml:space="preserve">eaving </w:t>
            </w:r>
          </w:p>
        </w:tc>
        <w:tc>
          <w:tcPr>
            <w:tcW w:w="3069" w:type="dxa"/>
          </w:tcPr>
          <w:p w14:paraId="660BBC86" w14:textId="77777777" w:rsidR="00C64174" w:rsidRPr="00C64174" w:rsidRDefault="00C64174" w:rsidP="00EC7FCE">
            <w:pPr>
              <w:rPr>
                <w:rFonts w:ascii="Calibri" w:hAnsi="Calibri" w:cs="Calibri"/>
                <w:noProof/>
              </w:rPr>
            </w:pPr>
            <w:r w:rsidRPr="00C64174">
              <w:rPr>
                <w:rFonts w:ascii="Calibri" w:hAnsi="Calibri" w:cs="Calibri"/>
                <w:noProof/>
              </w:rPr>
              <w:fldChar w:fldCharType="begin">
                <w:ffData>
                  <w:name w:val="Text28"/>
                  <w:enabled/>
                  <w:calcOnExit w:val="0"/>
                  <w:textInput/>
                </w:ffData>
              </w:fldChar>
            </w:r>
            <w:bookmarkStart w:id="3" w:name="Text28"/>
            <w:r w:rsidRPr="00C64174">
              <w:rPr>
                <w:rFonts w:ascii="Calibri" w:hAnsi="Calibri" w:cs="Calibri"/>
                <w:noProof/>
              </w:rPr>
              <w:instrText xml:space="preserve"> FORMTEXT </w:instrText>
            </w:r>
            <w:r w:rsidRPr="00C64174">
              <w:rPr>
                <w:rFonts w:ascii="Calibri" w:hAnsi="Calibri" w:cs="Calibri"/>
                <w:noProof/>
              </w:rPr>
            </w:r>
            <w:r w:rsidRPr="00C64174">
              <w:rPr>
                <w:rFonts w:ascii="Calibri" w:hAnsi="Calibri" w:cs="Calibri"/>
                <w:noProof/>
              </w:rPr>
              <w:fldChar w:fldCharType="separate"/>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fldChar w:fldCharType="end"/>
            </w:r>
            <w:bookmarkEnd w:id="3"/>
          </w:p>
        </w:tc>
        <w:tc>
          <w:tcPr>
            <w:tcW w:w="2821" w:type="dxa"/>
          </w:tcPr>
          <w:p w14:paraId="6B4C5DE2" w14:textId="77777777" w:rsidR="00C64174" w:rsidRPr="00C64174" w:rsidRDefault="00C64174" w:rsidP="00EC7FCE">
            <w:pPr>
              <w:rPr>
                <w:rFonts w:ascii="Calibri" w:hAnsi="Calibri" w:cs="Calibri"/>
                <w:noProof/>
              </w:rPr>
            </w:pPr>
            <w:r w:rsidRPr="00C64174">
              <w:rPr>
                <w:rFonts w:ascii="Calibri" w:hAnsi="Calibri" w:cs="Calibri"/>
                <w:noProof/>
              </w:rPr>
              <w:t>Date of Appointment</w:t>
            </w:r>
          </w:p>
          <w:p w14:paraId="6FF0ECD7" w14:textId="77777777" w:rsidR="00C64174" w:rsidRPr="00C64174" w:rsidRDefault="00C64174" w:rsidP="00EC7FCE">
            <w:pPr>
              <w:rPr>
                <w:rFonts w:ascii="Calibri" w:hAnsi="Calibri" w:cs="Calibri"/>
                <w:noProof/>
              </w:rPr>
            </w:pPr>
            <w:r w:rsidRPr="00C64174">
              <w:rPr>
                <w:rFonts w:ascii="Calibri" w:hAnsi="Calibri" w:cs="Calibri"/>
                <w:noProof/>
              </w:rPr>
              <w:t>Date of Leaving, if applicable</w:t>
            </w:r>
          </w:p>
          <w:p w14:paraId="0558622D" w14:textId="77777777" w:rsidR="00C64174" w:rsidRPr="00C64174" w:rsidRDefault="00C64174" w:rsidP="00EC7FCE">
            <w:pPr>
              <w:rPr>
                <w:rFonts w:ascii="Calibri" w:hAnsi="Calibri" w:cs="Calibri"/>
                <w:noProof/>
              </w:rPr>
            </w:pPr>
            <w:r w:rsidRPr="00C64174">
              <w:rPr>
                <w:rFonts w:ascii="Calibri" w:hAnsi="Calibri" w:cs="Calibri"/>
                <w:noProof/>
              </w:rPr>
              <w:t>Date available</w:t>
            </w:r>
          </w:p>
        </w:tc>
        <w:tc>
          <w:tcPr>
            <w:tcW w:w="1787" w:type="dxa"/>
          </w:tcPr>
          <w:p w14:paraId="2ABB1424" w14:textId="77777777" w:rsidR="00C64174" w:rsidRPr="00C64174" w:rsidRDefault="00C64174" w:rsidP="00EC7FCE">
            <w:pPr>
              <w:rPr>
                <w:rFonts w:ascii="Calibri" w:hAnsi="Calibri" w:cs="Calibri"/>
                <w:noProof/>
              </w:rPr>
            </w:pPr>
            <w:r w:rsidRPr="00C64174">
              <w:rPr>
                <w:rFonts w:ascii="Calibri" w:hAnsi="Calibri" w:cs="Calibri"/>
                <w:noProof/>
              </w:rPr>
              <w:fldChar w:fldCharType="begin">
                <w:ffData>
                  <w:name w:val="Text29"/>
                  <w:enabled/>
                  <w:calcOnExit w:val="0"/>
                  <w:textInput/>
                </w:ffData>
              </w:fldChar>
            </w:r>
            <w:bookmarkStart w:id="4" w:name="Text29"/>
            <w:r w:rsidRPr="00C64174">
              <w:rPr>
                <w:rFonts w:ascii="Calibri" w:hAnsi="Calibri" w:cs="Calibri"/>
                <w:noProof/>
              </w:rPr>
              <w:instrText xml:space="preserve"> FORMTEXT </w:instrText>
            </w:r>
            <w:r w:rsidRPr="00C64174">
              <w:rPr>
                <w:rFonts w:ascii="Calibri" w:hAnsi="Calibri" w:cs="Calibri"/>
                <w:noProof/>
              </w:rPr>
            </w:r>
            <w:r w:rsidRPr="00C64174">
              <w:rPr>
                <w:rFonts w:ascii="Calibri" w:hAnsi="Calibri" w:cs="Calibri"/>
                <w:noProof/>
              </w:rPr>
              <w:fldChar w:fldCharType="separate"/>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fldChar w:fldCharType="end"/>
            </w:r>
            <w:bookmarkEnd w:id="4"/>
          </w:p>
          <w:p w14:paraId="3C608668" w14:textId="77777777" w:rsidR="00C64174" w:rsidRPr="00C64174" w:rsidRDefault="00C64174" w:rsidP="00EC7FCE">
            <w:pPr>
              <w:rPr>
                <w:rFonts w:ascii="Calibri" w:hAnsi="Calibri" w:cs="Calibri"/>
                <w:noProof/>
              </w:rPr>
            </w:pPr>
            <w:r w:rsidRPr="00C64174">
              <w:rPr>
                <w:rFonts w:ascii="Calibri" w:hAnsi="Calibri" w:cs="Calibri"/>
                <w:noProof/>
              </w:rPr>
              <w:fldChar w:fldCharType="begin">
                <w:ffData>
                  <w:name w:val="Text91"/>
                  <w:enabled/>
                  <w:calcOnExit w:val="0"/>
                  <w:textInput/>
                </w:ffData>
              </w:fldChar>
            </w:r>
            <w:bookmarkStart w:id="5" w:name="Text91"/>
            <w:r w:rsidRPr="00C64174">
              <w:rPr>
                <w:rFonts w:ascii="Calibri" w:hAnsi="Calibri" w:cs="Calibri"/>
                <w:noProof/>
              </w:rPr>
              <w:instrText xml:space="preserve"> FORMTEXT </w:instrText>
            </w:r>
            <w:r w:rsidRPr="00C64174">
              <w:rPr>
                <w:rFonts w:ascii="Calibri" w:hAnsi="Calibri" w:cs="Calibri"/>
                <w:noProof/>
              </w:rPr>
            </w:r>
            <w:r w:rsidRPr="00C64174">
              <w:rPr>
                <w:rFonts w:ascii="Calibri" w:hAnsi="Calibri" w:cs="Calibri"/>
                <w:noProof/>
              </w:rPr>
              <w:fldChar w:fldCharType="separate"/>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fldChar w:fldCharType="end"/>
            </w:r>
            <w:bookmarkEnd w:id="5"/>
          </w:p>
          <w:p w14:paraId="4C137662" w14:textId="77777777" w:rsidR="00C64174" w:rsidRPr="00C64174" w:rsidRDefault="00C64174" w:rsidP="00C64174">
            <w:pPr>
              <w:rPr>
                <w:rFonts w:ascii="Calibri" w:hAnsi="Calibri" w:cs="Calibri"/>
                <w:noProof/>
              </w:rPr>
            </w:pPr>
            <w:r w:rsidRPr="00C64174">
              <w:rPr>
                <w:rFonts w:ascii="Calibri" w:hAnsi="Calibri" w:cs="Calibri"/>
                <w:noProof/>
              </w:rPr>
              <w:fldChar w:fldCharType="begin">
                <w:ffData>
                  <w:name w:val="Text91"/>
                  <w:enabled/>
                  <w:calcOnExit w:val="0"/>
                  <w:textInput/>
                </w:ffData>
              </w:fldChar>
            </w:r>
            <w:r w:rsidRPr="00C64174">
              <w:rPr>
                <w:rFonts w:ascii="Calibri" w:hAnsi="Calibri" w:cs="Calibri"/>
                <w:noProof/>
              </w:rPr>
              <w:instrText xml:space="preserve"> FORMTEXT </w:instrText>
            </w:r>
            <w:r w:rsidRPr="00C64174">
              <w:rPr>
                <w:rFonts w:ascii="Calibri" w:hAnsi="Calibri" w:cs="Calibri"/>
                <w:noProof/>
              </w:rPr>
            </w:r>
            <w:r w:rsidRPr="00C64174">
              <w:rPr>
                <w:rFonts w:ascii="Calibri" w:hAnsi="Calibri" w:cs="Calibri"/>
                <w:noProof/>
              </w:rPr>
              <w:fldChar w:fldCharType="separate"/>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t> </w:t>
            </w:r>
            <w:r w:rsidRPr="00C64174">
              <w:rPr>
                <w:rFonts w:ascii="Calibri" w:hAnsi="Calibri" w:cs="Calibri"/>
                <w:noProof/>
              </w:rPr>
              <w:fldChar w:fldCharType="end"/>
            </w:r>
          </w:p>
          <w:p w14:paraId="49F5DDF6" w14:textId="26BADCA4" w:rsidR="00C64174" w:rsidRPr="00C64174" w:rsidRDefault="00C64174" w:rsidP="00EC7FCE">
            <w:pPr>
              <w:rPr>
                <w:rFonts w:ascii="Calibri" w:hAnsi="Calibri" w:cs="Calibri"/>
                <w:noProof/>
              </w:rPr>
            </w:pPr>
          </w:p>
        </w:tc>
      </w:tr>
      <w:tr w:rsidR="00C64174" w:rsidRPr="00340C5E" w14:paraId="73BD52A0" w14:textId="77777777" w:rsidTr="00C64174">
        <w:trPr>
          <w:cantSplit/>
        </w:trPr>
        <w:tc>
          <w:tcPr>
            <w:tcW w:w="10859" w:type="dxa"/>
            <w:gridSpan w:val="4"/>
          </w:tcPr>
          <w:p w14:paraId="7764DE9E" w14:textId="77777777" w:rsidR="00C64174" w:rsidRPr="00C64174" w:rsidRDefault="00C64174" w:rsidP="0030365C">
            <w:pPr>
              <w:spacing w:after="0"/>
              <w:rPr>
                <w:rFonts w:ascii="Calibri" w:hAnsi="Calibri" w:cs="Calibri"/>
                <w:noProof/>
              </w:rPr>
            </w:pPr>
          </w:p>
        </w:tc>
      </w:tr>
      <w:tr w:rsidR="00C64174" w:rsidRPr="00340C5E" w14:paraId="7C26DF89" w14:textId="77777777" w:rsidTr="00C64174">
        <w:trPr>
          <w:cantSplit/>
        </w:trPr>
        <w:tc>
          <w:tcPr>
            <w:tcW w:w="10859" w:type="dxa"/>
            <w:gridSpan w:val="4"/>
          </w:tcPr>
          <w:p w14:paraId="448C4207" w14:textId="34A0C25A" w:rsidR="00C64174" w:rsidRPr="007A1CF2" w:rsidRDefault="007A1CF2" w:rsidP="00EC7FCE">
            <w:pPr>
              <w:pStyle w:val="Heading3"/>
              <w:rPr>
                <w:rFonts w:asciiTheme="majorHAnsi" w:hAnsiTheme="majorHAnsi" w:cstheme="majorHAnsi"/>
                <w:noProof/>
              </w:rPr>
            </w:pPr>
            <w:r w:rsidRPr="007A1CF2">
              <w:rPr>
                <w:rFonts w:asciiTheme="majorHAnsi" w:eastAsia="Arial" w:hAnsiTheme="majorHAnsi" w:cstheme="majorHAnsi"/>
                <w:color w:val="004D40"/>
              </w:rPr>
              <w:t>CURRENT SALARY DETAILS</w:t>
            </w:r>
          </w:p>
          <w:p w14:paraId="197C9FED" w14:textId="77777777" w:rsidR="00C64174" w:rsidRPr="007A1CF2" w:rsidRDefault="00C64174" w:rsidP="00EC7FCE">
            <w:pPr>
              <w:rPr>
                <w:rFonts w:asciiTheme="majorHAnsi" w:hAnsiTheme="majorHAnsi" w:cstheme="majorHAnsi"/>
                <w:noProof/>
              </w:rPr>
            </w:pPr>
            <w:r w:rsidRPr="007A1CF2">
              <w:rPr>
                <w:rFonts w:asciiTheme="majorHAnsi" w:hAnsiTheme="majorHAnsi" w:cstheme="majorHAnsi"/>
                <w:b/>
                <w:noProof/>
              </w:rPr>
              <w:t>Current/Final salary</w:t>
            </w:r>
            <w:r w:rsidRPr="007A1CF2">
              <w:rPr>
                <w:rFonts w:asciiTheme="majorHAnsi" w:hAnsiTheme="majorHAnsi" w:cstheme="majorHAnsi"/>
                <w:noProof/>
              </w:rPr>
              <w:t xml:space="preserve">  ___</w:t>
            </w:r>
            <w:r w:rsidRPr="007A1CF2">
              <w:rPr>
                <w:rFonts w:asciiTheme="majorHAnsi" w:hAnsiTheme="majorHAnsi" w:cstheme="majorHAnsi"/>
                <w:noProof/>
              </w:rPr>
              <w:fldChar w:fldCharType="begin">
                <w:ffData>
                  <w:name w:val="Text153"/>
                  <w:enabled/>
                  <w:calcOnExit w:val="0"/>
                  <w:textInput/>
                </w:ffData>
              </w:fldChar>
            </w:r>
            <w:bookmarkStart w:id="6" w:name="Text153"/>
            <w:r w:rsidRPr="007A1CF2">
              <w:rPr>
                <w:rFonts w:asciiTheme="majorHAnsi" w:hAnsiTheme="majorHAnsi" w:cstheme="majorHAnsi"/>
                <w:noProof/>
              </w:rPr>
              <w:instrText xml:space="preserve"> FORMTEXT </w:instrText>
            </w:r>
            <w:r w:rsidRPr="007A1CF2">
              <w:rPr>
                <w:rFonts w:asciiTheme="majorHAnsi" w:hAnsiTheme="majorHAnsi" w:cstheme="majorHAnsi"/>
                <w:noProof/>
              </w:rPr>
            </w:r>
            <w:r w:rsidRPr="007A1CF2">
              <w:rPr>
                <w:rFonts w:asciiTheme="majorHAnsi" w:hAnsiTheme="majorHAnsi" w:cstheme="majorHAnsi"/>
                <w:noProof/>
              </w:rPr>
              <w:fldChar w:fldCharType="separate"/>
            </w:r>
            <w:r w:rsidRPr="007A1CF2">
              <w:rPr>
                <w:rFonts w:asciiTheme="majorHAnsi" w:hAnsiTheme="majorHAnsi" w:cstheme="majorHAnsi"/>
                <w:noProof/>
              </w:rPr>
              <w:t> </w:t>
            </w:r>
            <w:r w:rsidRPr="007A1CF2">
              <w:rPr>
                <w:rFonts w:asciiTheme="majorHAnsi" w:hAnsiTheme="majorHAnsi" w:cstheme="majorHAnsi"/>
                <w:noProof/>
              </w:rPr>
              <w:t> </w:t>
            </w:r>
            <w:r w:rsidRPr="007A1CF2">
              <w:rPr>
                <w:rFonts w:asciiTheme="majorHAnsi" w:hAnsiTheme="majorHAnsi" w:cstheme="majorHAnsi"/>
                <w:noProof/>
              </w:rPr>
              <w:t> </w:t>
            </w:r>
            <w:r w:rsidRPr="007A1CF2">
              <w:rPr>
                <w:rFonts w:asciiTheme="majorHAnsi" w:hAnsiTheme="majorHAnsi" w:cstheme="majorHAnsi"/>
                <w:noProof/>
              </w:rPr>
              <w:t> </w:t>
            </w:r>
            <w:r w:rsidRPr="007A1CF2">
              <w:rPr>
                <w:rFonts w:asciiTheme="majorHAnsi" w:hAnsiTheme="majorHAnsi" w:cstheme="majorHAnsi"/>
                <w:noProof/>
              </w:rPr>
              <w:t> </w:t>
            </w:r>
            <w:r w:rsidRPr="007A1CF2">
              <w:rPr>
                <w:rFonts w:asciiTheme="majorHAnsi" w:hAnsiTheme="majorHAnsi" w:cstheme="majorHAnsi"/>
                <w:noProof/>
              </w:rPr>
              <w:fldChar w:fldCharType="end"/>
            </w:r>
            <w:bookmarkEnd w:id="6"/>
            <w:r w:rsidRPr="007A1CF2">
              <w:rPr>
                <w:rFonts w:asciiTheme="majorHAnsi" w:hAnsiTheme="majorHAnsi" w:cstheme="majorHAnsi"/>
                <w:noProof/>
              </w:rPr>
              <w:t>______________________</w:t>
            </w:r>
          </w:p>
          <w:tbl>
            <w:tblPr>
              <w:tblW w:w="10045" w:type="dxa"/>
              <w:tblLook w:val="0000" w:firstRow="0" w:lastRow="0" w:firstColumn="0" w:lastColumn="0" w:noHBand="0" w:noVBand="0"/>
            </w:tblPr>
            <w:tblGrid>
              <w:gridCol w:w="2590"/>
              <w:gridCol w:w="1417"/>
              <w:gridCol w:w="1103"/>
              <w:gridCol w:w="1177"/>
              <w:gridCol w:w="1239"/>
              <w:gridCol w:w="1280"/>
              <w:gridCol w:w="1239"/>
            </w:tblGrid>
            <w:tr w:rsidR="00C64174" w:rsidRPr="007A1CF2" w14:paraId="6428EF02" w14:textId="77777777" w:rsidTr="007A1CF2">
              <w:tc>
                <w:tcPr>
                  <w:tcW w:w="2590" w:type="dxa"/>
                </w:tcPr>
                <w:p w14:paraId="4B9EED75" w14:textId="77777777" w:rsidR="00C64174" w:rsidRPr="007A1CF2" w:rsidRDefault="00C64174" w:rsidP="007A1CF2">
                  <w:pPr>
                    <w:spacing w:after="0"/>
                    <w:rPr>
                      <w:rFonts w:asciiTheme="majorHAnsi" w:hAnsiTheme="majorHAnsi" w:cstheme="majorHAnsi"/>
                      <w:noProof/>
                    </w:rPr>
                  </w:pPr>
                  <w:r w:rsidRPr="007A1CF2">
                    <w:rPr>
                      <w:rFonts w:asciiTheme="majorHAnsi" w:hAnsiTheme="majorHAnsi" w:cstheme="majorHAnsi"/>
                      <w:noProof/>
                    </w:rPr>
                    <w:t>Unqualified</w:t>
                  </w:r>
                </w:p>
              </w:tc>
              <w:tc>
                <w:tcPr>
                  <w:tcW w:w="1417" w:type="dxa"/>
                </w:tcPr>
                <w:p w14:paraId="2B088A41" w14:textId="77777777" w:rsidR="00C64174" w:rsidRPr="007A1CF2" w:rsidRDefault="00C64174" w:rsidP="007A1CF2">
                  <w:pPr>
                    <w:spacing w:after="0"/>
                    <w:rPr>
                      <w:rFonts w:asciiTheme="majorHAnsi" w:hAnsiTheme="majorHAnsi" w:cstheme="majorHAnsi"/>
                      <w:noProof/>
                    </w:rPr>
                  </w:pPr>
                  <w:r w:rsidRPr="007A1CF2">
                    <w:rPr>
                      <w:rFonts w:asciiTheme="majorHAnsi" w:hAnsiTheme="majorHAnsi" w:cstheme="majorHAnsi"/>
                      <w:noProof/>
                    </w:rPr>
                    <w:t xml:space="preserve">Spine Point </w:t>
                  </w:r>
                </w:p>
              </w:tc>
              <w:tc>
                <w:tcPr>
                  <w:tcW w:w="1103" w:type="dxa"/>
                </w:tcPr>
                <w:p w14:paraId="01ACB6E9" w14:textId="77777777" w:rsidR="00C64174" w:rsidRPr="007A1CF2" w:rsidRDefault="00C64174" w:rsidP="007A1CF2">
                  <w:pPr>
                    <w:spacing w:after="0"/>
                    <w:rPr>
                      <w:rFonts w:asciiTheme="majorHAnsi" w:hAnsiTheme="majorHAnsi" w:cstheme="majorHAnsi"/>
                      <w:noProof/>
                    </w:rPr>
                  </w:pPr>
                </w:p>
              </w:tc>
              <w:tc>
                <w:tcPr>
                  <w:tcW w:w="1177" w:type="dxa"/>
                </w:tcPr>
                <w:p w14:paraId="59F1AD35" w14:textId="77777777" w:rsidR="00C64174" w:rsidRPr="007A1CF2" w:rsidRDefault="00C64174" w:rsidP="00EC7FCE">
                  <w:pPr>
                    <w:rPr>
                      <w:rFonts w:asciiTheme="majorHAnsi" w:hAnsiTheme="majorHAnsi" w:cstheme="majorHAnsi"/>
                      <w:noProof/>
                    </w:rPr>
                  </w:pPr>
                </w:p>
              </w:tc>
              <w:tc>
                <w:tcPr>
                  <w:tcW w:w="1239" w:type="dxa"/>
                </w:tcPr>
                <w:p w14:paraId="278EBCAC" w14:textId="77777777" w:rsidR="00C64174" w:rsidRPr="007A1CF2" w:rsidRDefault="00C64174" w:rsidP="00EC7FCE">
                  <w:pPr>
                    <w:rPr>
                      <w:rFonts w:asciiTheme="majorHAnsi" w:hAnsiTheme="majorHAnsi" w:cstheme="majorHAnsi"/>
                      <w:noProof/>
                    </w:rPr>
                  </w:pPr>
                </w:p>
              </w:tc>
              <w:tc>
                <w:tcPr>
                  <w:tcW w:w="1280" w:type="dxa"/>
                </w:tcPr>
                <w:p w14:paraId="29E8EAFA" w14:textId="77777777" w:rsidR="00C64174" w:rsidRPr="007A1CF2" w:rsidRDefault="00C64174" w:rsidP="00EC7FCE">
                  <w:pPr>
                    <w:rPr>
                      <w:rFonts w:asciiTheme="majorHAnsi" w:hAnsiTheme="majorHAnsi" w:cstheme="majorHAnsi"/>
                      <w:noProof/>
                    </w:rPr>
                  </w:pPr>
                </w:p>
              </w:tc>
              <w:tc>
                <w:tcPr>
                  <w:tcW w:w="1239" w:type="dxa"/>
                </w:tcPr>
                <w:p w14:paraId="678B4026" w14:textId="77777777" w:rsidR="00C64174" w:rsidRPr="007A1CF2" w:rsidRDefault="00C64174" w:rsidP="00EC7FCE">
                  <w:pPr>
                    <w:rPr>
                      <w:rFonts w:asciiTheme="majorHAnsi" w:hAnsiTheme="majorHAnsi" w:cstheme="majorHAnsi"/>
                      <w:noProof/>
                    </w:rPr>
                  </w:pPr>
                </w:p>
              </w:tc>
            </w:tr>
            <w:tr w:rsidR="00C64174" w:rsidRPr="007A1CF2" w14:paraId="0A2ABFC6" w14:textId="77777777" w:rsidTr="007A1CF2">
              <w:trPr>
                <w:trHeight w:val="70"/>
              </w:trPr>
              <w:tc>
                <w:tcPr>
                  <w:tcW w:w="2590" w:type="dxa"/>
                </w:tcPr>
                <w:p w14:paraId="11660D93" w14:textId="77777777" w:rsidR="00C64174" w:rsidRPr="007A1CF2" w:rsidRDefault="00C64174" w:rsidP="007A1CF2">
                  <w:pPr>
                    <w:spacing w:after="0"/>
                    <w:rPr>
                      <w:rFonts w:asciiTheme="majorHAnsi" w:hAnsiTheme="majorHAnsi" w:cstheme="majorHAnsi"/>
                      <w:noProof/>
                    </w:rPr>
                  </w:pPr>
                  <w:r w:rsidRPr="007A1CF2">
                    <w:rPr>
                      <w:rFonts w:asciiTheme="majorHAnsi" w:hAnsiTheme="majorHAnsi" w:cstheme="majorHAnsi"/>
                      <w:noProof/>
                    </w:rPr>
                    <w:t xml:space="preserve">Qualified Teacher             </w:t>
                  </w:r>
                </w:p>
              </w:tc>
              <w:tc>
                <w:tcPr>
                  <w:tcW w:w="1417" w:type="dxa"/>
                </w:tcPr>
                <w:p w14:paraId="13237ED2" w14:textId="77777777" w:rsidR="00C64174" w:rsidRPr="007A1CF2" w:rsidRDefault="00C64174" w:rsidP="007A1CF2">
                  <w:pPr>
                    <w:spacing w:after="0"/>
                    <w:rPr>
                      <w:rFonts w:asciiTheme="majorHAnsi" w:hAnsiTheme="majorHAnsi" w:cstheme="majorHAnsi"/>
                      <w:noProof/>
                    </w:rPr>
                  </w:pPr>
                  <w:r w:rsidRPr="007A1CF2">
                    <w:rPr>
                      <w:rFonts w:asciiTheme="majorHAnsi" w:hAnsiTheme="majorHAnsi" w:cstheme="majorHAnsi"/>
                      <w:noProof/>
                    </w:rPr>
                    <w:t xml:space="preserve">Spine Point </w:t>
                  </w:r>
                </w:p>
              </w:tc>
              <w:tc>
                <w:tcPr>
                  <w:tcW w:w="1103" w:type="dxa"/>
                </w:tcPr>
                <w:p w14:paraId="53C4FD87" w14:textId="77777777" w:rsidR="00C64174" w:rsidRPr="007A1CF2" w:rsidRDefault="00C64174" w:rsidP="007A1CF2">
                  <w:pPr>
                    <w:spacing w:after="0"/>
                    <w:rPr>
                      <w:rFonts w:asciiTheme="majorHAnsi" w:hAnsiTheme="majorHAnsi" w:cstheme="majorHAnsi"/>
                      <w:noProof/>
                      <w:u w:val="single"/>
                    </w:rPr>
                  </w:pPr>
                </w:p>
              </w:tc>
              <w:tc>
                <w:tcPr>
                  <w:tcW w:w="1177" w:type="dxa"/>
                </w:tcPr>
                <w:p w14:paraId="473F0992" w14:textId="77777777" w:rsidR="00C64174" w:rsidRPr="007A1CF2" w:rsidRDefault="00C64174" w:rsidP="00EC7FCE">
                  <w:pPr>
                    <w:rPr>
                      <w:rFonts w:asciiTheme="majorHAnsi" w:hAnsiTheme="majorHAnsi" w:cstheme="majorHAnsi"/>
                      <w:noProof/>
                    </w:rPr>
                  </w:pPr>
                </w:p>
              </w:tc>
              <w:tc>
                <w:tcPr>
                  <w:tcW w:w="1239" w:type="dxa"/>
                </w:tcPr>
                <w:p w14:paraId="585F0499" w14:textId="77777777" w:rsidR="00C64174" w:rsidRPr="007A1CF2" w:rsidRDefault="00C64174" w:rsidP="00EC7FCE">
                  <w:pPr>
                    <w:rPr>
                      <w:rFonts w:asciiTheme="majorHAnsi" w:hAnsiTheme="majorHAnsi" w:cstheme="majorHAnsi"/>
                      <w:noProof/>
                    </w:rPr>
                  </w:pPr>
                </w:p>
              </w:tc>
              <w:tc>
                <w:tcPr>
                  <w:tcW w:w="1280" w:type="dxa"/>
                </w:tcPr>
                <w:p w14:paraId="50404443" w14:textId="77777777" w:rsidR="00C64174" w:rsidRPr="007A1CF2" w:rsidRDefault="00C64174" w:rsidP="00EC7FCE">
                  <w:pPr>
                    <w:rPr>
                      <w:rFonts w:asciiTheme="majorHAnsi" w:hAnsiTheme="majorHAnsi" w:cstheme="majorHAnsi"/>
                      <w:noProof/>
                    </w:rPr>
                  </w:pPr>
                </w:p>
              </w:tc>
              <w:tc>
                <w:tcPr>
                  <w:tcW w:w="1239" w:type="dxa"/>
                </w:tcPr>
                <w:p w14:paraId="4C87A0A5" w14:textId="77777777" w:rsidR="00C64174" w:rsidRPr="007A1CF2" w:rsidRDefault="00C64174" w:rsidP="00EC7FCE">
                  <w:pPr>
                    <w:rPr>
                      <w:rFonts w:asciiTheme="majorHAnsi" w:hAnsiTheme="majorHAnsi" w:cstheme="majorHAnsi"/>
                      <w:noProof/>
                    </w:rPr>
                  </w:pPr>
                </w:p>
              </w:tc>
            </w:tr>
            <w:tr w:rsidR="00C64174" w:rsidRPr="007A1CF2" w14:paraId="0B9F314C" w14:textId="77777777" w:rsidTr="007A1CF2">
              <w:tc>
                <w:tcPr>
                  <w:tcW w:w="2590" w:type="dxa"/>
                </w:tcPr>
                <w:p w14:paraId="250BBCA3" w14:textId="77777777" w:rsidR="00C64174" w:rsidRPr="007A1CF2" w:rsidRDefault="00C64174" w:rsidP="007A1CF2">
                  <w:pPr>
                    <w:spacing w:after="0"/>
                    <w:rPr>
                      <w:rFonts w:asciiTheme="majorHAnsi" w:hAnsiTheme="majorHAnsi" w:cstheme="majorHAnsi"/>
                      <w:noProof/>
                    </w:rPr>
                  </w:pPr>
                  <w:r w:rsidRPr="007A1CF2">
                    <w:rPr>
                      <w:rFonts w:asciiTheme="majorHAnsi" w:hAnsiTheme="majorHAnsi" w:cstheme="majorHAnsi"/>
                      <w:noProof/>
                    </w:rPr>
                    <w:t>Advanced Skills Teacher</w:t>
                  </w:r>
                </w:p>
              </w:tc>
              <w:tc>
                <w:tcPr>
                  <w:tcW w:w="1417" w:type="dxa"/>
                </w:tcPr>
                <w:p w14:paraId="4E508B69" w14:textId="77777777" w:rsidR="00C64174" w:rsidRPr="007A1CF2" w:rsidRDefault="00C64174" w:rsidP="007A1CF2">
                  <w:pPr>
                    <w:spacing w:after="0"/>
                    <w:rPr>
                      <w:rFonts w:asciiTheme="majorHAnsi" w:hAnsiTheme="majorHAnsi" w:cstheme="majorHAnsi"/>
                      <w:noProof/>
                    </w:rPr>
                  </w:pPr>
                  <w:r w:rsidRPr="007A1CF2">
                    <w:rPr>
                      <w:rFonts w:asciiTheme="majorHAnsi" w:hAnsiTheme="majorHAnsi" w:cstheme="majorHAnsi"/>
                      <w:noProof/>
                    </w:rPr>
                    <w:t>Spine Point</w:t>
                  </w:r>
                </w:p>
              </w:tc>
              <w:tc>
                <w:tcPr>
                  <w:tcW w:w="1103" w:type="dxa"/>
                </w:tcPr>
                <w:p w14:paraId="03011EF4" w14:textId="77777777" w:rsidR="00C64174" w:rsidRPr="007A1CF2" w:rsidRDefault="00C64174" w:rsidP="007A1CF2">
                  <w:pPr>
                    <w:spacing w:after="0"/>
                    <w:rPr>
                      <w:rFonts w:asciiTheme="majorHAnsi" w:hAnsiTheme="majorHAnsi" w:cstheme="majorHAnsi"/>
                      <w:noProof/>
                      <w:u w:val="single"/>
                    </w:rPr>
                  </w:pPr>
                </w:p>
              </w:tc>
              <w:tc>
                <w:tcPr>
                  <w:tcW w:w="1177" w:type="dxa"/>
                </w:tcPr>
                <w:p w14:paraId="5D0D2804" w14:textId="77777777" w:rsidR="00C64174" w:rsidRPr="007A1CF2" w:rsidRDefault="00C64174" w:rsidP="00EC7FCE">
                  <w:pPr>
                    <w:rPr>
                      <w:rFonts w:asciiTheme="majorHAnsi" w:hAnsiTheme="majorHAnsi" w:cstheme="majorHAnsi"/>
                      <w:noProof/>
                    </w:rPr>
                  </w:pPr>
                </w:p>
              </w:tc>
              <w:tc>
                <w:tcPr>
                  <w:tcW w:w="1239" w:type="dxa"/>
                </w:tcPr>
                <w:p w14:paraId="5CC51631" w14:textId="77777777" w:rsidR="00C64174" w:rsidRPr="007A1CF2" w:rsidRDefault="00C64174" w:rsidP="00EC7FCE">
                  <w:pPr>
                    <w:rPr>
                      <w:rFonts w:asciiTheme="majorHAnsi" w:hAnsiTheme="majorHAnsi" w:cstheme="majorHAnsi"/>
                      <w:noProof/>
                    </w:rPr>
                  </w:pPr>
                </w:p>
              </w:tc>
              <w:tc>
                <w:tcPr>
                  <w:tcW w:w="1280" w:type="dxa"/>
                </w:tcPr>
                <w:p w14:paraId="0FF1467F" w14:textId="77777777" w:rsidR="00C64174" w:rsidRPr="007A1CF2" w:rsidRDefault="00C64174" w:rsidP="00EC7FCE">
                  <w:pPr>
                    <w:rPr>
                      <w:rFonts w:asciiTheme="majorHAnsi" w:hAnsiTheme="majorHAnsi" w:cstheme="majorHAnsi"/>
                      <w:noProof/>
                    </w:rPr>
                  </w:pPr>
                </w:p>
              </w:tc>
              <w:tc>
                <w:tcPr>
                  <w:tcW w:w="1239" w:type="dxa"/>
                </w:tcPr>
                <w:p w14:paraId="362A30CE" w14:textId="77777777" w:rsidR="00C64174" w:rsidRPr="007A1CF2" w:rsidRDefault="00C64174" w:rsidP="00EC7FCE">
                  <w:pPr>
                    <w:rPr>
                      <w:rFonts w:asciiTheme="majorHAnsi" w:hAnsiTheme="majorHAnsi" w:cstheme="majorHAnsi"/>
                      <w:noProof/>
                    </w:rPr>
                  </w:pPr>
                </w:p>
              </w:tc>
            </w:tr>
            <w:tr w:rsidR="00C64174" w:rsidRPr="007A1CF2" w14:paraId="10558BFB" w14:textId="77777777" w:rsidTr="007A1CF2">
              <w:tc>
                <w:tcPr>
                  <w:tcW w:w="2590" w:type="dxa"/>
                </w:tcPr>
                <w:p w14:paraId="7532D7A5" w14:textId="77777777" w:rsidR="00C64174" w:rsidRPr="007A1CF2" w:rsidRDefault="00C64174" w:rsidP="007A1CF2">
                  <w:pPr>
                    <w:spacing w:after="0"/>
                    <w:rPr>
                      <w:rFonts w:asciiTheme="majorHAnsi" w:hAnsiTheme="majorHAnsi" w:cstheme="majorHAnsi"/>
                      <w:noProof/>
                    </w:rPr>
                  </w:pPr>
                  <w:r w:rsidRPr="007A1CF2">
                    <w:rPr>
                      <w:rFonts w:asciiTheme="majorHAnsi" w:hAnsiTheme="majorHAnsi" w:cstheme="majorHAnsi"/>
                      <w:noProof/>
                    </w:rPr>
                    <w:t>Upper Pay Range</w:t>
                  </w:r>
                </w:p>
              </w:tc>
              <w:tc>
                <w:tcPr>
                  <w:tcW w:w="1417" w:type="dxa"/>
                </w:tcPr>
                <w:p w14:paraId="3A87C722" w14:textId="77777777" w:rsidR="00C64174" w:rsidRPr="007A1CF2" w:rsidRDefault="00C64174" w:rsidP="007A1CF2">
                  <w:pPr>
                    <w:spacing w:after="0"/>
                    <w:rPr>
                      <w:rFonts w:asciiTheme="majorHAnsi" w:hAnsiTheme="majorHAnsi" w:cstheme="majorHAnsi"/>
                      <w:noProof/>
                    </w:rPr>
                  </w:pPr>
                  <w:r w:rsidRPr="007A1CF2">
                    <w:rPr>
                      <w:rFonts w:asciiTheme="majorHAnsi" w:hAnsiTheme="majorHAnsi" w:cstheme="majorHAnsi"/>
                      <w:noProof/>
                    </w:rPr>
                    <w:t>Spine Point</w:t>
                  </w:r>
                </w:p>
              </w:tc>
              <w:tc>
                <w:tcPr>
                  <w:tcW w:w="1103" w:type="dxa"/>
                </w:tcPr>
                <w:p w14:paraId="05EF364D" w14:textId="77777777" w:rsidR="00C64174" w:rsidRPr="007A1CF2" w:rsidRDefault="00C64174" w:rsidP="007A1CF2">
                  <w:pPr>
                    <w:spacing w:after="0"/>
                    <w:rPr>
                      <w:rFonts w:asciiTheme="majorHAnsi" w:hAnsiTheme="majorHAnsi" w:cstheme="majorHAnsi"/>
                      <w:noProof/>
                    </w:rPr>
                  </w:pPr>
                </w:p>
              </w:tc>
              <w:tc>
                <w:tcPr>
                  <w:tcW w:w="1177" w:type="dxa"/>
                </w:tcPr>
                <w:p w14:paraId="4502DE5F" w14:textId="77777777" w:rsidR="00C64174" w:rsidRPr="007A1CF2" w:rsidRDefault="00C64174" w:rsidP="00EC7FCE">
                  <w:pPr>
                    <w:rPr>
                      <w:rFonts w:asciiTheme="majorHAnsi" w:hAnsiTheme="majorHAnsi" w:cstheme="majorHAnsi"/>
                      <w:noProof/>
                    </w:rPr>
                  </w:pPr>
                </w:p>
              </w:tc>
              <w:tc>
                <w:tcPr>
                  <w:tcW w:w="1239" w:type="dxa"/>
                </w:tcPr>
                <w:p w14:paraId="1A19B768" w14:textId="77777777" w:rsidR="00C64174" w:rsidRPr="007A1CF2" w:rsidRDefault="00C64174" w:rsidP="00EC7FCE">
                  <w:pPr>
                    <w:rPr>
                      <w:rFonts w:asciiTheme="majorHAnsi" w:hAnsiTheme="majorHAnsi" w:cstheme="majorHAnsi"/>
                      <w:noProof/>
                    </w:rPr>
                  </w:pPr>
                </w:p>
              </w:tc>
              <w:tc>
                <w:tcPr>
                  <w:tcW w:w="1280" w:type="dxa"/>
                </w:tcPr>
                <w:p w14:paraId="679DE2E7" w14:textId="77777777" w:rsidR="00C64174" w:rsidRPr="007A1CF2" w:rsidRDefault="00C64174" w:rsidP="00EC7FCE">
                  <w:pPr>
                    <w:rPr>
                      <w:rFonts w:asciiTheme="majorHAnsi" w:hAnsiTheme="majorHAnsi" w:cstheme="majorHAnsi"/>
                      <w:noProof/>
                    </w:rPr>
                  </w:pPr>
                </w:p>
              </w:tc>
              <w:tc>
                <w:tcPr>
                  <w:tcW w:w="1239" w:type="dxa"/>
                </w:tcPr>
                <w:p w14:paraId="2F1694C1" w14:textId="77777777" w:rsidR="00C64174" w:rsidRPr="007A1CF2" w:rsidRDefault="00C64174" w:rsidP="00EC7FCE">
                  <w:pPr>
                    <w:rPr>
                      <w:rFonts w:asciiTheme="majorHAnsi" w:hAnsiTheme="majorHAnsi" w:cstheme="majorHAnsi"/>
                      <w:noProof/>
                    </w:rPr>
                  </w:pPr>
                </w:p>
              </w:tc>
            </w:tr>
            <w:tr w:rsidR="00C64174" w:rsidRPr="007A1CF2" w14:paraId="7A7543D2" w14:textId="77777777" w:rsidTr="007A1CF2">
              <w:tc>
                <w:tcPr>
                  <w:tcW w:w="2590" w:type="dxa"/>
                </w:tcPr>
                <w:p w14:paraId="3CE7C3D2" w14:textId="77777777" w:rsidR="00C64174" w:rsidRPr="007A1CF2" w:rsidRDefault="00C64174" w:rsidP="007A1CF2">
                  <w:pPr>
                    <w:spacing w:after="0"/>
                    <w:rPr>
                      <w:rFonts w:asciiTheme="majorHAnsi" w:hAnsiTheme="majorHAnsi" w:cstheme="majorHAnsi"/>
                      <w:noProof/>
                    </w:rPr>
                  </w:pPr>
                  <w:r w:rsidRPr="007A1CF2">
                    <w:rPr>
                      <w:rFonts w:asciiTheme="majorHAnsi" w:hAnsiTheme="majorHAnsi" w:cstheme="majorHAnsi"/>
                      <w:noProof/>
                    </w:rPr>
                    <w:t>Leadership Group</w:t>
                  </w:r>
                </w:p>
              </w:tc>
              <w:tc>
                <w:tcPr>
                  <w:tcW w:w="1417" w:type="dxa"/>
                </w:tcPr>
                <w:p w14:paraId="22502C81" w14:textId="77777777" w:rsidR="00C64174" w:rsidRPr="007A1CF2" w:rsidRDefault="00C64174" w:rsidP="007A1CF2">
                  <w:pPr>
                    <w:spacing w:after="0"/>
                    <w:rPr>
                      <w:rFonts w:asciiTheme="majorHAnsi" w:hAnsiTheme="majorHAnsi" w:cstheme="majorHAnsi"/>
                      <w:noProof/>
                    </w:rPr>
                  </w:pPr>
                  <w:r w:rsidRPr="007A1CF2">
                    <w:rPr>
                      <w:rFonts w:asciiTheme="majorHAnsi" w:hAnsiTheme="majorHAnsi" w:cstheme="majorHAnsi"/>
                      <w:noProof/>
                    </w:rPr>
                    <w:t>Spine Point</w:t>
                  </w:r>
                </w:p>
              </w:tc>
              <w:tc>
                <w:tcPr>
                  <w:tcW w:w="1103" w:type="dxa"/>
                </w:tcPr>
                <w:p w14:paraId="78C802D6" w14:textId="77777777" w:rsidR="00C64174" w:rsidRPr="007A1CF2" w:rsidRDefault="00C64174" w:rsidP="007A1CF2">
                  <w:pPr>
                    <w:spacing w:after="0"/>
                    <w:rPr>
                      <w:rFonts w:asciiTheme="majorHAnsi" w:hAnsiTheme="majorHAnsi" w:cstheme="majorHAnsi"/>
                      <w:noProof/>
                    </w:rPr>
                  </w:pPr>
                </w:p>
              </w:tc>
              <w:tc>
                <w:tcPr>
                  <w:tcW w:w="1177" w:type="dxa"/>
                </w:tcPr>
                <w:p w14:paraId="2C21D1DE" w14:textId="77777777" w:rsidR="00C64174" w:rsidRPr="007A1CF2" w:rsidRDefault="00C64174" w:rsidP="00EC7FCE">
                  <w:pPr>
                    <w:rPr>
                      <w:rFonts w:asciiTheme="majorHAnsi" w:hAnsiTheme="majorHAnsi" w:cstheme="majorHAnsi"/>
                      <w:noProof/>
                    </w:rPr>
                  </w:pPr>
                </w:p>
              </w:tc>
              <w:tc>
                <w:tcPr>
                  <w:tcW w:w="1239" w:type="dxa"/>
                </w:tcPr>
                <w:p w14:paraId="287CEA85" w14:textId="77777777" w:rsidR="00C64174" w:rsidRPr="007A1CF2" w:rsidRDefault="00C64174" w:rsidP="00EC7FCE">
                  <w:pPr>
                    <w:rPr>
                      <w:rFonts w:asciiTheme="majorHAnsi" w:hAnsiTheme="majorHAnsi" w:cstheme="majorHAnsi"/>
                      <w:noProof/>
                    </w:rPr>
                  </w:pPr>
                </w:p>
              </w:tc>
              <w:tc>
                <w:tcPr>
                  <w:tcW w:w="1280" w:type="dxa"/>
                </w:tcPr>
                <w:p w14:paraId="5B3DC4FC" w14:textId="77777777" w:rsidR="00C64174" w:rsidRPr="007A1CF2" w:rsidRDefault="00C64174" w:rsidP="00EC7FCE">
                  <w:pPr>
                    <w:rPr>
                      <w:rFonts w:asciiTheme="majorHAnsi" w:hAnsiTheme="majorHAnsi" w:cstheme="majorHAnsi"/>
                      <w:noProof/>
                    </w:rPr>
                  </w:pPr>
                </w:p>
              </w:tc>
              <w:tc>
                <w:tcPr>
                  <w:tcW w:w="1239" w:type="dxa"/>
                </w:tcPr>
                <w:p w14:paraId="6BBADB20" w14:textId="77777777" w:rsidR="00C64174" w:rsidRPr="007A1CF2" w:rsidRDefault="00C64174" w:rsidP="00EC7FCE">
                  <w:pPr>
                    <w:rPr>
                      <w:rFonts w:asciiTheme="majorHAnsi" w:hAnsiTheme="majorHAnsi" w:cstheme="majorHAnsi"/>
                      <w:noProof/>
                    </w:rPr>
                  </w:pPr>
                </w:p>
              </w:tc>
            </w:tr>
          </w:tbl>
          <w:p w14:paraId="49C264F8" w14:textId="77777777" w:rsidR="00C64174" w:rsidRPr="007A1CF2" w:rsidRDefault="00C64174" w:rsidP="007A1CF2">
            <w:pPr>
              <w:spacing w:after="0"/>
              <w:rPr>
                <w:rFonts w:asciiTheme="majorHAnsi" w:hAnsiTheme="majorHAnsi" w:cstheme="majorHAnsi"/>
                <w:b/>
                <w:noProof/>
              </w:rPr>
            </w:pPr>
            <w:r w:rsidRPr="007A1CF2">
              <w:rPr>
                <w:rFonts w:asciiTheme="majorHAnsi" w:hAnsiTheme="majorHAnsi" w:cstheme="majorHAnsi"/>
                <w:b/>
                <w:noProof/>
              </w:rPr>
              <w:t xml:space="preserve">Allowances </w:t>
            </w:r>
          </w:p>
          <w:p w14:paraId="41A85370" w14:textId="77777777" w:rsidR="00C64174" w:rsidRPr="007A1CF2" w:rsidRDefault="00C64174" w:rsidP="007A1CF2">
            <w:pPr>
              <w:spacing w:after="0" w:line="240" w:lineRule="auto"/>
              <w:rPr>
                <w:rFonts w:asciiTheme="majorHAnsi" w:hAnsiTheme="majorHAnsi" w:cstheme="majorHAnsi"/>
                <w:noProof/>
              </w:rPr>
            </w:pPr>
            <w:r w:rsidRPr="007A1CF2">
              <w:rPr>
                <w:rFonts w:asciiTheme="majorHAnsi" w:hAnsiTheme="majorHAnsi" w:cstheme="majorHAnsi"/>
                <w:noProof/>
              </w:rPr>
              <w:t xml:space="preserve">Teacher Learning Responsibilty awards (please state amount and level)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92"/>
            </w:tblGrid>
            <w:tr w:rsidR="00C64174" w:rsidRPr="007A1CF2" w14:paraId="0B43DF2E" w14:textId="77777777" w:rsidTr="00EC7FCE">
              <w:tc>
                <w:tcPr>
                  <w:tcW w:w="9292" w:type="dxa"/>
                </w:tcPr>
                <w:p w14:paraId="19BD3917" w14:textId="2EAC0ACE" w:rsidR="00C64174" w:rsidRPr="007A1CF2" w:rsidRDefault="00C64174" w:rsidP="007A1CF2">
                  <w:pPr>
                    <w:spacing w:after="0" w:line="240" w:lineRule="auto"/>
                    <w:rPr>
                      <w:rFonts w:asciiTheme="majorHAnsi" w:hAnsiTheme="majorHAnsi" w:cstheme="majorHAnsi"/>
                      <w:noProof/>
                    </w:rPr>
                  </w:pPr>
                </w:p>
              </w:tc>
            </w:tr>
          </w:tbl>
          <w:p w14:paraId="0596882B" w14:textId="77777777" w:rsidR="0030365C" w:rsidRDefault="0030365C" w:rsidP="007A1CF2">
            <w:pPr>
              <w:spacing w:after="0" w:line="240" w:lineRule="auto"/>
              <w:rPr>
                <w:rFonts w:asciiTheme="majorHAnsi" w:hAnsiTheme="majorHAnsi" w:cstheme="majorHAnsi"/>
                <w:noProof/>
              </w:rPr>
            </w:pPr>
          </w:p>
          <w:p w14:paraId="45D5A78D" w14:textId="7AF2981C" w:rsidR="00C64174" w:rsidRPr="007A1CF2" w:rsidRDefault="00C64174" w:rsidP="007A1CF2">
            <w:pPr>
              <w:spacing w:after="0" w:line="240" w:lineRule="auto"/>
              <w:rPr>
                <w:rFonts w:asciiTheme="majorHAnsi" w:hAnsiTheme="majorHAnsi" w:cstheme="majorHAnsi"/>
                <w:noProof/>
              </w:rPr>
            </w:pPr>
            <w:r w:rsidRPr="007A1CF2">
              <w:rPr>
                <w:rFonts w:asciiTheme="majorHAnsi" w:hAnsiTheme="majorHAnsi" w:cstheme="majorHAnsi"/>
                <w:noProof/>
              </w:rPr>
              <w:t xml:space="preserve">Recruitment and Retention awards (please state award type and amounts)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92"/>
            </w:tblGrid>
            <w:tr w:rsidR="00C64174" w:rsidRPr="007A1CF2" w14:paraId="5D5674FE" w14:textId="77777777" w:rsidTr="00EC7FCE">
              <w:tc>
                <w:tcPr>
                  <w:tcW w:w="9292" w:type="dxa"/>
                </w:tcPr>
                <w:p w14:paraId="2A501586" w14:textId="30A3894F" w:rsidR="00C64174" w:rsidRPr="007A1CF2" w:rsidRDefault="00C64174" w:rsidP="007A1CF2">
                  <w:pPr>
                    <w:spacing w:after="0" w:line="240" w:lineRule="auto"/>
                    <w:rPr>
                      <w:rFonts w:asciiTheme="majorHAnsi" w:hAnsiTheme="majorHAnsi" w:cstheme="majorHAnsi"/>
                      <w:noProof/>
                    </w:rPr>
                  </w:pPr>
                </w:p>
              </w:tc>
            </w:tr>
          </w:tbl>
          <w:p w14:paraId="46B9D106" w14:textId="77777777" w:rsidR="007A1CF2" w:rsidRDefault="007A1CF2" w:rsidP="007A1CF2">
            <w:pPr>
              <w:spacing w:after="0" w:line="240" w:lineRule="auto"/>
              <w:rPr>
                <w:rFonts w:asciiTheme="majorHAnsi" w:hAnsiTheme="majorHAnsi" w:cstheme="majorHAnsi"/>
              </w:rPr>
            </w:pPr>
          </w:p>
          <w:p w14:paraId="369D0001" w14:textId="7BF37AC5" w:rsidR="00C64174" w:rsidRPr="007A1CF2" w:rsidRDefault="00C64174" w:rsidP="007A1CF2">
            <w:pPr>
              <w:spacing w:after="0" w:line="240" w:lineRule="auto"/>
              <w:rPr>
                <w:rFonts w:asciiTheme="majorHAnsi" w:hAnsiTheme="majorHAnsi" w:cstheme="majorHAnsi"/>
              </w:rPr>
            </w:pPr>
            <w:r w:rsidRPr="007A1CF2">
              <w:rPr>
                <w:rFonts w:asciiTheme="majorHAnsi" w:hAnsiTheme="majorHAnsi" w:cstheme="majorHAnsi"/>
              </w:rPr>
              <w:t xml:space="preserve">Mark time safeguarding payment (please state amount)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92"/>
            </w:tblGrid>
            <w:tr w:rsidR="00C64174" w:rsidRPr="007A1CF2" w14:paraId="0BE1FA42" w14:textId="77777777" w:rsidTr="00EC7FCE">
              <w:tc>
                <w:tcPr>
                  <w:tcW w:w="9292" w:type="dxa"/>
                </w:tcPr>
                <w:p w14:paraId="28742CA8" w14:textId="0CD76E59" w:rsidR="00C64174" w:rsidRPr="007A1CF2" w:rsidRDefault="00C64174" w:rsidP="007A1CF2">
                  <w:pPr>
                    <w:spacing w:after="0" w:line="240" w:lineRule="auto"/>
                    <w:rPr>
                      <w:rFonts w:asciiTheme="majorHAnsi" w:hAnsiTheme="majorHAnsi" w:cstheme="majorHAnsi"/>
                      <w:noProof/>
                    </w:rPr>
                  </w:pPr>
                </w:p>
              </w:tc>
            </w:tr>
          </w:tbl>
          <w:p w14:paraId="774A658E" w14:textId="77777777" w:rsidR="00C64174" w:rsidRPr="007A1CF2" w:rsidRDefault="00C64174" w:rsidP="00EC7FCE">
            <w:pPr>
              <w:rPr>
                <w:rFonts w:asciiTheme="majorHAnsi" w:hAnsiTheme="majorHAnsi" w:cstheme="majorHAnsi"/>
                <w:noProof/>
              </w:rPr>
            </w:pPr>
          </w:p>
        </w:tc>
      </w:tr>
      <w:tr w:rsidR="00C64174" w:rsidRPr="00340C5E" w14:paraId="61AB34D5" w14:textId="77777777" w:rsidTr="00C64174">
        <w:trPr>
          <w:cantSplit/>
        </w:trPr>
        <w:tc>
          <w:tcPr>
            <w:tcW w:w="10859" w:type="dxa"/>
            <w:gridSpan w:val="4"/>
          </w:tcPr>
          <w:p w14:paraId="179572C5" w14:textId="77777777" w:rsidR="0030365C" w:rsidRDefault="0030365C" w:rsidP="00EC7FCE">
            <w:pPr>
              <w:rPr>
                <w:rFonts w:asciiTheme="majorHAnsi" w:hAnsiTheme="majorHAnsi" w:cstheme="majorHAnsi"/>
                <w:b/>
                <w:noProof/>
              </w:rPr>
            </w:pPr>
          </w:p>
          <w:p w14:paraId="7C256023" w14:textId="05869882" w:rsidR="00C64174" w:rsidRPr="007A1CF2" w:rsidRDefault="00C64174" w:rsidP="00EC7FCE">
            <w:pPr>
              <w:rPr>
                <w:rFonts w:asciiTheme="majorHAnsi" w:hAnsiTheme="majorHAnsi" w:cstheme="majorHAnsi"/>
                <w:b/>
                <w:noProof/>
              </w:rPr>
            </w:pPr>
            <w:r w:rsidRPr="007A1CF2">
              <w:rPr>
                <w:rFonts w:asciiTheme="majorHAnsi" w:hAnsiTheme="majorHAnsi" w:cstheme="majorHAnsi"/>
                <w:b/>
                <w:noProof/>
              </w:rPr>
              <w:t>Brief description of duties and responsibilities</w:t>
            </w:r>
          </w:p>
          <w:p w14:paraId="6864EAEF" w14:textId="77777777" w:rsidR="00C64174" w:rsidRDefault="00C64174" w:rsidP="0030365C">
            <w:pPr>
              <w:rPr>
                <w:rFonts w:asciiTheme="majorHAnsi" w:hAnsiTheme="majorHAnsi" w:cstheme="majorHAnsi"/>
                <w:b/>
                <w:noProof/>
              </w:rPr>
            </w:pPr>
          </w:p>
          <w:p w14:paraId="66338611" w14:textId="63596465" w:rsidR="0030365C" w:rsidRPr="007A1CF2" w:rsidRDefault="0030365C" w:rsidP="0030365C">
            <w:pPr>
              <w:rPr>
                <w:rFonts w:asciiTheme="majorHAnsi" w:hAnsiTheme="majorHAnsi" w:cstheme="majorHAnsi"/>
                <w:b/>
                <w:noProof/>
              </w:rPr>
            </w:pPr>
          </w:p>
        </w:tc>
      </w:tr>
    </w:tbl>
    <w:p w14:paraId="74BF6910" w14:textId="64B4C052" w:rsidR="0030365C" w:rsidRPr="0030365C" w:rsidRDefault="0030365C">
      <w:pPr>
        <w:rPr>
          <w:noProof/>
          <w:sz w:val="16"/>
        </w:rPr>
      </w:pPr>
      <w:r>
        <w:rPr>
          <w:rFonts w:asciiTheme="majorHAnsi" w:eastAsia="Arial" w:hAnsiTheme="majorHAnsi" w:cstheme="majorHAnsi"/>
          <w:color w:val="004D40"/>
          <w:sz w:val="28"/>
          <w:szCs w:val="28"/>
        </w:rPr>
        <w:br w:type="page"/>
      </w:r>
    </w:p>
    <w:p w14:paraId="3A04F87E" w14:textId="0D0E32CC" w:rsidR="00C64174" w:rsidRDefault="007A1CF2" w:rsidP="00830678">
      <w:pPr>
        <w:pStyle w:val="Heading3"/>
        <w:spacing w:line="240" w:lineRule="auto"/>
        <w:rPr>
          <w:rFonts w:asciiTheme="majorHAnsi" w:eastAsia="Arial" w:hAnsiTheme="majorHAnsi" w:cstheme="majorHAnsi"/>
          <w:color w:val="004D40"/>
          <w:sz w:val="28"/>
          <w:szCs w:val="28"/>
        </w:rPr>
      </w:pPr>
      <w:r w:rsidRPr="007A1CF2">
        <w:rPr>
          <w:rFonts w:asciiTheme="majorHAnsi" w:eastAsia="Arial" w:hAnsiTheme="majorHAnsi" w:cstheme="majorHAnsi"/>
          <w:color w:val="004D40"/>
          <w:sz w:val="28"/>
          <w:szCs w:val="28"/>
        </w:rPr>
        <w:lastRenderedPageBreak/>
        <w:t xml:space="preserve">OTHER TEACHING EXPERIENCE </w:t>
      </w:r>
    </w:p>
    <w:p w14:paraId="724BA759" w14:textId="0A30D8A9" w:rsidR="00830678" w:rsidRPr="00830678" w:rsidRDefault="0089264A" w:rsidP="00830678">
      <w:pPr>
        <w:spacing w:after="0"/>
      </w:pPr>
      <w:r>
        <w:rPr>
          <w:rFonts w:asciiTheme="majorHAnsi" w:hAnsiTheme="majorHAnsi" w:cstheme="majorHAnsi"/>
        </w:rPr>
        <w:pict w14:anchorId="5B5FEDC0">
          <v:rect id="_x0000_i1030" style="width:0;height:1.5pt" o:hralign="center" o:hrstd="t" o:hr="t" fillcolor="#a0a0a0" stroked="f"/>
        </w:pict>
      </w:r>
    </w:p>
    <w:p w14:paraId="6BBDCB3D" w14:textId="77777777" w:rsidR="00C64174" w:rsidRDefault="00C64174" w:rsidP="00830678">
      <w:pPr>
        <w:spacing w:after="0" w:line="240" w:lineRule="auto"/>
        <w:rPr>
          <w:noProof/>
          <w:sz w:val="16"/>
        </w:rPr>
      </w:pPr>
      <w:r w:rsidRPr="00340C5E">
        <w:rPr>
          <w:noProof/>
          <w:sz w:val="16"/>
        </w:rPr>
        <w:t>Please complete each column and explain any breaks in employment. Start with your most recent and list in descending date order.</w:t>
      </w:r>
    </w:p>
    <w:p w14:paraId="3F0FFE45" w14:textId="77777777" w:rsidR="00830678" w:rsidRPr="00340C5E" w:rsidRDefault="00830678" w:rsidP="00830678">
      <w:pPr>
        <w:spacing w:after="0" w:line="240" w:lineRule="auto"/>
        <w:rPr>
          <w:noProof/>
          <w:sz w:val="16"/>
        </w:rPr>
      </w:pPr>
    </w:p>
    <w:tbl>
      <w:tblPr>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455"/>
        <w:gridCol w:w="821"/>
        <w:gridCol w:w="1276"/>
        <w:gridCol w:w="851"/>
        <w:gridCol w:w="879"/>
        <w:gridCol w:w="1908"/>
        <w:gridCol w:w="16"/>
      </w:tblGrid>
      <w:tr w:rsidR="00C64174" w:rsidRPr="007A1CF2" w14:paraId="1BCD55DF" w14:textId="77777777" w:rsidTr="00830678">
        <w:trPr>
          <w:gridAfter w:val="1"/>
          <w:wAfter w:w="16" w:type="dxa"/>
          <w:trHeight w:val="1310"/>
        </w:trPr>
        <w:tc>
          <w:tcPr>
            <w:tcW w:w="1368" w:type="dxa"/>
          </w:tcPr>
          <w:p w14:paraId="63002AF8" w14:textId="77777777" w:rsidR="00C64174" w:rsidRPr="007A1CF2" w:rsidRDefault="00C64174" w:rsidP="007A1CF2">
            <w:pPr>
              <w:spacing w:line="240" w:lineRule="auto"/>
              <w:rPr>
                <w:rFonts w:ascii="Calibri" w:hAnsi="Calibri" w:cs="Calibri"/>
                <w:b/>
                <w:noProof/>
              </w:rPr>
            </w:pPr>
          </w:p>
          <w:p w14:paraId="19526F1A" w14:textId="0A4E3555" w:rsidR="00C64174" w:rsidRPr="007A1CF2" w:rsidRDefault="00C64174" w:rsidP="007A1CF2">
            <w:pPr>
              <w:spacing w:line="240" w:lineRule="auto"/>
              <w:rPr>
                <w:rFonts w:ascii="Calibri" w:hAnsi="Calibri" w:cs="Calibri"/>
                <w:b/>
                <w:noProof/>
              </w:rPr>
            </w:pPr>
            <w:r w:rsidRPr="007A1CF2">
              <w:rPr>
                <w:rFonts w:ascii="Calibri" w:hAnsi="Calibri" w:cs="Calibri"/>
                <w:b/>
                <w:noProof/>
              </w:rPr>
              <w:t xml:space="preserve">Employer /LEA </w:t>
            </w:r>
          </w:p>
        </w:tc>
        <w:tc>
          <w:tcPr>
            <w:tcW w:w="2455" w:type="dxa"/>
          </w:tcPr>
          <w:p w14:paraId="0A7CF8D0" w14:textId="77777777" w:rsidR="00C64174" w:rsidRPr="007A1CF2" w:rsidRDefault="00C64174" w:rsidP="007A1CF2">
            <w:pPr>
              <w:spacing w:line="240" w:lineRule="auto"/>
              <w:rPr>
                <w:rFonts w:ascii="Calibri" w:hAnsi="Calibri" w:cs="Calibri"/>
                <w:b/>
                <w:noProof/>
              </w:rPr>
            </w:pPr>
            <w:r w:rsidRPr="007A1CF2">
              <w:rPr>
                <w:rFonts w:ascii="Calibri" w:hAnsi="Calibri" w:cs="Calibri"/>
                <w:b/>
                <w:noProof/>
              </w:rPr>
              <w:t xml:space="preserve">Name, address and type of School (state whether independent, comprehensive, grant maintained) </w:t>
            </w:r>
          </w:p>
        </w:tc>
        <w:tc>
          <w:tcPr>
            <w:tcW w:w="821" w:type="dxa"/>
          </w:tcPr>
          <w:p w14:paraId="7761F829" w14:textId="77777777" w:rsidR="00C64174" w:rsidRPr="007A1CF2" w:rsidRDefault="00C64174" w:rsidP="007A1CF2">
            <w:pPr>
              <w:spacing w:line="240" w:lineRule="auto"/>
              <w:rPr>
                <w:rFonts w:ascii="Calibri" w:hAnsi="Calibri" w:cs="Calibri"/>
                <w:b/>
                <w:noProof/>
              </w:rPr>
            </w:pPr>
            <w:r w:rsidRPr="007A1CF2">
              <w:rPr>
                <w:rFonts w:ascii="Calibri" w:hAnsi="Calibri" w:cs="Calibri"/>
                <w:b/>
                <w:noProof/>
              </w:rPr>
              <w:t>Age group(s) taught</w:t>
            </w:r>
          </w:p>
        </w:tc>
        <w:tc>
          <w:tcPr>
            <w:tcW w:w="1276" w:type="dxa"/>
          </w:tcPr>
          <w:p w14:paraId="047A2A5E" w14:textId="77777777" w:rsidR="00C64174" w:rsidRPr="007A1CF2" w:rsidRDefault="00C64174" w:rsidP="007A1CF2">
            <w:pPr>
              <w:spacing w:line="240" w:lineRule="auto"/>
              <w:rPr>
                <w:rFonts w:ascii="Calibri" w:hAnsi="Calibri" w:cs="Calibri"/>
                <w:b/>
                <w:noProof/>
              </w:rPr>
            </w:pPr>
            <w:r w:rsidRPr="007A1CF2">
              <w:rPr>
                <w:rFonts w:ascii="Calibri" w:hAnsi="Calibri" w:cs="Calibri"/>
                <w:b/>
                <w:noProof/>
              </w:rPr>
              <w:t xml:space="preserve">Job Title </w:t>
            </w:r>
          </w:p>
        </w:tc>
        <w:tc>
          <w:tcPr>
            <w:tcW w:w="851" w:type="dxa"/>
          </w:tcPr>
          <w:p w14:paraId="5DB81A29" w14:textId="77777777" w:rsidR="00C64174" w:rsidRPr="007A1CF2" w:rsidRDefault="00C64174" w:rsidP="007A1CF2">
            <w:pPr>
              <w:spacing w:line="240" w:lineRule="auto"/>
              <w:rPr>
                <w:rFonts w:ascii="Calibri" w:hAnsi="Calibri" w:cs="Calibri"/>
                <w:b/>
                <w:noProof/>
              </w:rPr>
            </w:pPr>
            <w:r w:rsidRPr="007A1CF2">
              <w:rPr>
                <w:rFonts w:ascii="Calibri" w:hAnsi="Calibri" w:cs="Calibri"/>
                <w:b/>
                <w:noProof/>
              </w:rPr>
              <w:t xml:space="preserve">From </w:t>
            </w:r>
          </w:p>
          <w:p w14:paraId="7AD071B4" w14:textId="77777777" w:rsidR="00C64174" w:rsidRPr="007A1CF2" w:rsidRDefault="00C64174" w:rsidP="007A1CF2">
            <w:pPr>
              <w:spacing w:line="240" w:lineRule="auto"/>
              <w:rPr>
                <w:rFonts w:ascii="Calibri" w:hAnsi="Calibri" w:cs="Calibri"/>
                <w:b/>
                <w:noProof/>
              </w:rPr>
            </w:pPr>
            <w:r w:rsidRPr="007A1CF2">
              <w:rPr>
                <w:rFonts w:ascii="Calibri" w:hAnsi="Calibri" w:cs="Calibri"/>
                <w:b/>
                <w:noProof/>
              </w:rPr>
              <w:t>D/M/Y</w:t>
            </w:r>
          </w:p>
        </w:tc>
        <w:tc>
          <w:tcPr>
            <w:tcW w:w="879" w:type="dxa"/>
          </w:tcPr>
          <w:p w14:paraId="29A70C4A" w14:textId="77777777" w:rsidR="00C64174" w:rsidRPr="007A1CF2" w:rsidRDefault="00C64174" w:rsidP="007A1CF2">
            <w:pPr>
              <w:spacing w:line="240" w:lineRule="auto"/>
              <w:rPr>
                <w:rFonts w:ascii="Calibri" w:hAnsi="Calibri" w:cs="Calibri"/>
                <w:b/>
                <w:noProof/>
              </w:rPr>
            </w:pPr>
            <w:r w:rsidRPr="007A1CF2">
              <w:rPr>
                <w:rFonts w:ascii="Calibri" w:hAnsi="Calibri" w:cs="Calibri"/>
                <w:b/>
                <w:noProof/>
              </w:rPr>
              <w:t>To</w:t>
            </w:r>
          </w:p>
          <w:p w14:paraId="088F3D24" w14:textId="77777777" w:rsidR="00C64174" w:rsidRPr="007A1CF2" w:rsidRDefault="00C64174" w:rsidP="007A1CF2">
            <w:pPr>
              <w:spacing w:line="240" w:lineRule="auto"/>
              <w:rPr>
                <w:rFonts w:ascii="Calibri" w:hAnsi="Calibri" w:cs="Calibri"/>
                <w:b/>
                <w:noProof/>
              </w:rPr>
            </w:pPr>
            <w:r w:rsidRPr="007A1CF2">
              <w:rPr>
                <w:rFonts w:ascii="Calibri" w:hAnsi="Calibri" w:cs="Calibri"/>
                <w:b/>
                <w:noProof/>
              </w:rPr>
              <w:t>D/M/Y</w:t>
            </w:r>
          </w:p>
        </w:tc>
        <w:tc>
          <w:tcPr>
            <w:tcW w:w="1908" w:type="dxa"/>
          </w:tcPr>
          <w:p w14:paraId="7A2941C7" w14:textId="77777777" w:rsidR="00C64174" w:rsidRPr="007A1CF2" w:rsidRDefault="00C64174" w:rsidP="007A1CF2">
            <w:pPr>
              <w:spacing w:line="240" w:lineRule="auto"/>
              <w:rPr>
                <w:rFonts w:ascii="Calibri" w:hAnsi="Calibri" w:cs="Calibri"/>
                <w:b/>
                <w:noProof/>
              </w:rPr>
            </w:pPr>
            <w:r w:rsidRPr="007A1CF2">
              <w:rPr>
                <w:rFonts w:ascii="Calibri" w:hAnsi="Calibri" w:cs="Calibri"/>
                <w:b/>
                <w:noProof/>
              </w:rPr>
              <w:t>Reason For Leaving</w:t>
            </w:r>
          </w:p>
        </w:tc>
      </w:tr>
      <w:tr w:rsidR="00C64174" w:rsidRPr="007A1CF2" w14:paraId="1D0FE8E6" w14:textId="77777777" w:rsidTr="00830678">
        <w:tc>
          <w:tcPr>
            <w:tcW w:w="1368" w:type="dxa"/>
          </w:tcPr>
          <w:p w14:paraId="2E2443DB" w14:textId="3FB10D38" w:rsidR="00C64174" w:rsidRPr="007A1CF2" w:rsidRDefault="00C64174" w:rsidP="007A1CF2">
            <w:pPr>
              <w:spacing w:line="240" w:lineRule="auto"/>
              <w:rPr>
                <w:rFonts w:ascii="Calibri" w:hAnsi="Calibri" w:cs="Calibri"/>
                <w:noProof/>
              </w:rPr>
            </w:pPr>
            <w:r w:rsidRPr="007A1CF2">
              <w:rPr>
                <w:rFonts w:ascii="Calibri" w:hAnsi="Calibri" w:cs="Calibri"/>
                <w:noProof/>
              </w:rPr>
              <w:fldChar w:fldCharType="begin">
                <w:ffData>
                  <w:name w:val="Text93"/>
                  <w:enabled/>
                  <w:calcOnExit w:val="0"/>
                  <w:textInput/>
                </w:ffData>
              </w:fldChar>
            </w:r>
            <w:bookmarkStart w:id="7" w:name="Text93"/>
            <w:r w:rsidRPr="007A1CF2">
              <w:rPr>
                <w:rFonts w:ascii="Calibri" w:hAnsi="Calibri" w:cs="Calibri"/>
                <w:noProof/>
              </w:rPr>
              <w:instrText xml:space="preserve"> FORMTEXT </w:instrText>
            </w:r>
            <w:r w:rsidRPr="007A1CF2">
              <w:rPr>
                <w:rFonts w:ascii="Calibri" w:hAnsi="Calibri" w:cs="Calibri"/>
                <w:noProof/>
              </w:rPr>
            </w:r>
            <w:r w:rsidRPr="007A1CF2">
              <w:rPr>
                <w:rFonts w:ascii="Calibri" w:hAnsi="Calibri" w:cs="Calibri"/>
                <w:noProof/>
              </w:rPr>
              <w:fldChar w:fldCharType="separate"/>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fldChar w:fldCharType="end"/>
            </w:r>
            <w:bookmarkEnd w:id="7"/>
          </w:p>
        </w:tc>
        <w:tc>
          <w:tcPr>
            <w:tcW w:w="2455" w:type="dxa"/>
          </w:tcPr>
          <w:p w14:paraId="404BE5A0" w14:textId="77777777" w:rsidR="00C64174" w:rsidRPr="007A1CF2" w:rsidRDefault="00C64174" w:rsidP="007A1CF2">
            <w:pPr>
              <w:spacing w:line="240" w:lineRule="auto"/>
              <w:rPr>
                <w:rFonts w:ascii="Calibri" w:hAnsi="Calibri" w:cs="Calibri"/>
                <w:noProof/>
              </w:rPr>
            </w:pPr>
            <w:r w:rsidRPr="007A1CF2">
              <w:rPr>
                <w:rFonts w:ascii="Calibri" w:hAnsi="Calibri" w:cs="Calibri"/>
                <w:noProof/>
              </w:rPr>
              <w:fldChar w:fldCharType="begin">
                <w:ffData>
                  <w:name w:val="Text94"/>
                  <w:enabled/>
                  <w:calcOnExit w:val="0"/>
                  <w:textInput/>
                </w:ffData>
              </w:fldChar>
            </w:r>
            <w:bookmarkStart w:id="8" w:name="Text94"/>
            <w:r w:rsidRPr="007A1CF2">
              <w:rPr>
                <w:rFonts w:ascii="Calibri" w:hAnsi="Calibri" w:cs="Calibri"/>
                <w:noProof/>
              </w:rPr>
              <w:instrText xml:space="preserve"> FORMTEXT </w:instrText>
            </w:r>
            <w:r w:rsidRPr="007A1CF2">
              <w:rPr>
                <w:rFonts w:ascii="Calibri" w:hAnsi="Calibri" w:cs="Calibri"/>
                <w:noProof/>
              </w:rPr>
            </w:r>
            <w:r w:rsidRPr="007A1CF2">
              <w:rPr>
                <w:rFonts w:ascii="Calibri" w:hAnsi="Calibri" w:cs="Calibri"/>
                <w:noProof/>
              </w:rPr>
              <w:fldChar w:fldCharType="separate"/>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fldChar w:fldCharType="end"/>
            </w:r>
            <w:bookmarkEnd w:id="8"/>
          </w:p>
        </w:tc>
        <w:tc>
          <w:tcPr>
            <w:tcW w:w="821" w:type="dxa"/>
          </w:tcPr>
          <w:p w14:paraId="3AB50663" w14:textId="77777777" w:rsidR="00C64174" w:rsidRPr="007A1CF2" w:rsidRDefault="00C64174" w:rsidP="007A1CF2">
            <w:pPr>
              <w:spacing w:line="240" w:lineRule="auto"/>
              <w:rPr>
                <w:rFonts w:ascii="Calibri" w:hAnsi="Calibri" w:cs="Calibri"/>
                <w:noProof/>
              </w:rPr>
            </w:pPr>
            <w:r w:rsidRPr="007A1CF2">
              <w:rPr>
                <w:rFonts w:ascii="Calibri" w:hAnsi="Calibri" w:cs="Calibri"/>
                <w:noProof/>
              </w:rPr>
              <w:fldChar w:fldCharType="begin">
                <w:ffData>
                  <w:name w:val="Text95"/>
                  <w:enabled/>
                  <w:calcOnExit w:val="0"/>
                  <w:textInput/>
                </w:ffData>
              </w:fldChar>
            </w:r>
            <w:bookmarkStart w:id="9" w:name="Text95"/>
            <w:r w:rsidRPr="007A1CF2">
              <w:rPr>
                <w:rFonts w:ascii="Calibri" w:hAnsi="Calibri" w:cs="Calibri"/>
                <w:noProof/>
              </w:rPr>
              <w:instrText xml:space="preserve"> FORMTEXT </w:instrText>
            </w:r>
            <w:r w:rsidRPr="007A1CF2">
              <w:rPr>
                <w:rFonts w:ascii="Calibri" w:hAnsi="Calibri" w:cs="Calibri"/>
                <w:noProof/>
              </w:rPr>
            </w:r>
            <w:r w:rsidRPr="007A1CF2">
              <w:rPr>
                <w:rFonts w:ascii="Calibri" w:hAnsi="Calibri" w:cs="Calibri"/>
                <w:noProof/>
              </w:rPr>
              <w:fldChar w:fldCharType="separate"/>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fldChar w:fldCharType="end"/>
            </w:r>
            <w:bookmarkEnd w:id="9"/>
          </w:p>
        </w:tc>
        <w:tc>
          <w:tcPr>
            <w:tcW w:w="1276" w:type="dxa"/>
          </w:tcPr>
          <w:p w14:paraId="4DC2E6F2" w14:textId="77777777" w:rsidR="00C64174" w:rsidRPr="007A1CF2" w:rsidRDefault="00C64174" w:rsidP="007A1CF2">
            <w:pPr>
              <w:spacing w:line="240" w:lineRule="auto"/>
              <w:rPr>
                <w:rFonts w:ascii="Calibri" w:hAnsi="Calibri" w:cs="Calibri"/>
                <w:noProof/>
              </w:rPr>
            </w:pPr>
            <w:r w:rsidRPr="007A1CF2">
              <w:rPr>
                <w:rFonts w:ascii="Calibri" w:hAnsi="Calibri" w:cs="Calibri"/>
                <w:noProof/>
              </w:rPr>
              <w:fldChar w:fldCharType="begin">
                <w:ffData>
                  <w:name w:val="Text96"/>
                  <w:enabled/>
                  <w:calcOnExit w:val="0"/>
                  <w:textInput/>
                </w:ffData>
              </w:fldChar>
            </w:r>
            <w:bookmarkStart w:id="10" w:name="Text96"/>
            <w:r w:rsidRPr="007A1CF2">
              <w:rPr>
                <w:rFonts w:ascii="Calibri" w:hAnsi="Calibri" w:cs="Calibri"/>
                <w:noProof/>
              </w:rPr>
              <w:instrText xml:space="preserve"> FORMTEXT </w:instrText>
            </w:r>
            <w:r w:rsidRPr="007A1CF2">
              <w:rPr>
                <w:rFonts w:ascii="Calibri" w:hAnsi="Calibri" w:cs="Calibri"/>
                <w:noProof/>
              </w:rPr>
            </w:r>
            <w:r w:rsidRPr="007A1CF2">
              <w:rPr>
                <w:rFonts w:ascii="Calibri" w:hAnsi="Calibri" w:cs="Calibri"/>
                <w:noProof/>
              </w:rPr>
              <w:fldChar w:fldCharType="separate"/>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fldChar w:fldCharType="end"/>
            </w:r>
            <w:bookmarkEnd w:id="10"/>
          </w:p>
        </w:tc>
        <w:tc>
          <w:tcPr>
            <w:tcW w:w="851" w:type="dxa"/>
          </w:tcPr>
          <w:p w14:paraId="4922A9BB" w14:textId="77777777" w:rsidR="00C64174" w:rsidRPr="007A1CF2" w:rsidRDefault="00C64174" w:rsidP="007A1CF2">
            <w:pPr>
              <w:spacing w:line="240" w:lineRule="auto"/>
              <w:rPr>
                <w:rFonts w:ascii="Calibri" w:hAnsi="Calibri" w:cs="Calibri"/>
                <w:noProof/>
              </w:rPr>
            </w:pPr>
            <w:r w:rsidRPr="007A1CF2">
              <w:rPr>
                <w:rFonts w:ascii="Calibri" w:hAnsi="Calibri" w:cs="Calibri"/>
                <w:noProof/>
              </w:rPr>
              <w:fldChar w:fldCharType="begin">
                <w:ffData>
                  <w:name w:val="Text97"/>
                  <w:enabled/>
                  <w:calcOnExit w:val="0"/>
                  <w:textInput/>
                </w:ffData>
              </w:fldChar>
            </w:r>
            <w:bookmarkStart w:id="11" w:name="Text97"/>
            <w:r w:rsidRPr="007A1CF2">
              <w:rPr>
                <w:rFonts w:ascii="Calibri" w:hAnsi="Calibri" w:cs="Calibri"/>
                <w:noProof/>
              </w:rPr>
              <w:instrText xml:space="preserve"> FORMTEXT </w:instrText>
            </w:r>
            <w:r w:rsidRPr="007A1CF2">
              <w:rPr>
                <w:rFonts w:ascii="Calibri" w:hAnsi="Calibri" w:cs="Calibri"/>
                <w:noProof/>
              </w:rPr>
            </w:r>
            <w:r w:rsidRPr="007A1CF2">
              <w:rPr>
                <w:rFonts w:ascii="Calibri" w:hAnsi="Calibri" w:cs="Calibri"/>
                <w:noProof/>
              </w:rPr>
              <w:fldChar w:fldCharType="separate"/>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fldChar w:fldCharType="end"/>
            </w:r>
            <w:bookmarkEnd w:id="11"/>
          </w:p>
        </w:tc>
        <w:tc>
          <w:tcPr>
            <w:tcW w:w="879" w:type="dxa"/>
          </w:tcPr>
          <w:p w14:paraId="51D64047" w14:textId="77777777" w:rsidR="00C64174" w:rsidRPr="007A1CF2" w:rsidRDefault="00C64174" w:rsidP="007A1CF2">
            <w:pPr>
              <w:spacing w:line="240" w:lineRule="auto"/>
              <w:rPr>
                <w:rFonts w:ascii="Calibri" w:hAnsi="Calibri" w:cs="Calibri"/>
                <w:noProof/>
              </w:rPr>
            </w:pPr>
            <w:r w:rsidRPr="007A1CF2">
              <w:rPr>
                <w:rFonts w:ascii="Calibri" w:hAnsi="Calibri" w:cs="Calibri"/>
                <w:noProof/>
              </w:rPr>
              <w:fldChar w:fldCharType="begin">
                <w:ffData>
                  <w:name w:val="Text98"/>
                  <w:enabled/>
                  <w:calcOnExit w:val="0"/>
                  <w:textInput/>
                </w:ffData>
              </w:fldChar>
            </w:r>
            <w:bookmarkStart w:id="12" w:name="Text98"/>
            <w:r w:rsidRPr="007A1CF2">
              <w:rPr>
                <w:rFonts w:ascii="Calibri" w:hAnsi="Calibri" w:cs="Calibri"/>
                <w:noProof/>
              </w:rPr>
              <w:instrText xml:space="preserve"> FORMTEXT </w:instrText>
            </w:r>
            <w:r w:rsidRPr="007A1CF2">
              <w:rPr>
                <w:rFonts w:ascii="Calibri" w:hAnsi="Calibri" w:cs="Calibri"/>
                <w:noProof/>
              </w:rPr>
            </w:r>
            <w:r w:rsidRPr="007A1CF2">
              <w:rPr>
                <w:rFonts w:ascii="Calibri" w:hAnsi="Calibri" w:cs="Calibri"/>
                <w:noProof/>
              </w:rPr>
              <w:fldChar w:fldCharType="separate"/>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fldChar w:fldCharType="end"/>
            </w:r>
            <w:bookmarkEnd w:id="12"/>
          </w:p>
        </w:tc>
        <w:tc>
          <w:tcPr>
            <w:tcW w:w="1924" w:type="dxa"/>
            <w:gridSpan w:val="2"/>
          </w:tcPr>
          <w:p w14:paraId="236CB95D" w14:textId="77777777" w:rsidR="00C64174" w:rsidRPr="007A1CF2" w:rsidRDefault="00C64174" w:rsidP="007A1CF2">
            <w:pPr>
              <w:spacing w:line="240" w:lineRule="auto"/>
              <w:rPr>
                <w:rFonts w:ascii="Calibri" w:hAnsi="Calibri" w:cs="Calibri"/>
                <w:noProof/>
              </w:rPr>
            </w:pPr>
            <w:r w:rsidRPr="007A1CF2">
              <w:rPr>
                <w:rFonts w:ascii="Calibri" w:hAnsi="Calibri" w:cs="Calibri"/>
                <w:noProof/>
              </w:rPr>
              <w:fldChar w:fldCharType="begin">
                <w:ffData>
                  <w:name w:val="Text99"/>
                  <w:enabled/>
                  <w:calcOnExit w:val="0"/>
                  <w:textInput/>
                </w:ffData>
              </w:fldChar>
            </w:r>
            <w:bookmarkStart w:id="13" w:name="Text99"/>
            <w:r w:rsidRPr="007A1CF2">
              <w:rPr>
                <w:rFonts w:ascii="Calibri" w:hAnsi="Calibri" w:cs="Calibri"/>
                <w:noProof/>
              </w:rPr>
              <w:instrText xml:space="preserve"> FORMTEXT </w:instrText>
            </w:r>
            <w:r w:rsidRPr="007A1CF2">
              <w:rPr>
                <w:rFonts w:ascii="Calibri" w:hAnsi="Calibri" w:cs="Calibri"/>
                <w:noProof/>
              </w:rPr>
            </w:r>
            <w:r w:rsidRPr="007A1CF2">
              <w:rPr>
                <w:rFonts w:ascii="Calibri" w:hAnsi="Calibri" w:cs="Calibri"/>
                <w:noProof/>
              </w:rPr>
              <w:fldChar w:fldCharType="separate"/>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fldChar w:fldCharType="end"/>
            </w:r>
            <w:bookmarkEnd w:id="13"/>
          </w:p>
        </w:tc>
      </w:tr>
      <w:tr w:rsidR="00C64174" w:rsidRPr="007A1CF2" w14:paraId="47FF06EE" w14:textId="77777777" w:rsidTr="00830678">
        <w:tc>
          <w:tcPr>
            <w:tcW w:w="1368" w:type="dxa"/>
          </w:tcPr>
          <w:p w14:paraId="23FBA435" w14:textId="065502BA" w:rsidR="00C64174" w:rsidRPr="007A1CF2" w:rsidRDefault="00C64174" w:rsidP="007A1CF2">
            <w:pPr>
              <w:spacing w:line="240" w:lineRule="auto"/>
              <w:rPr>
                <w:rFonts w:ascii="Calibri" w:hAnsi="Calibri" w:cs="Calibri"/>
                <w:noProof/>
              </w:rPr>
            </w:pPr>
            <w:r w:rsidRPr="007A1CF2">
              <w:rPr>
                <w:rFonts w:ascii="Calibri" w:hAnsi="Calibri" w:cs="Calibri"/>
                <w:noProof/>
              </w:rPr>
              <w:fldChar w:fldCharType="begin">
                <w:ffData>
                  <w:name w:val="Text100"/>
                  <w:enabled/>
                  <w:calcOnExit w:val="0"/>
                  <w:textInput/>
                </w:ffData>
              </w:fldChar>
            </w:r>
            <w:bookmarkStart w:id="14" w:name="Text100"/>
            <w:r w:rsidRPr="007A1CF2">
              <w:rPr>
                <w:rFonts w:ascii="Calibri" w:hAnsi="Calibri" w:cs="Calibri"/>
                <w:noProof/>
              </w:rPr>
              <w:instrText xml:space="preserve"> FORMTEXT </w:instrText>
            </w:r>
            <w:r w:rsidRPr="007A1CF2">
              <w:rPr>
                <w:rFonts w:ascii="Calibri" w:hAnsi="Calibri" w:cs="Calibri"/>
                <w:noProof/>
              </w:rPr>
            </w:r>
            <w:r w:rsidRPr="007A1CF2">
              <w:rPr>
                <w:rFonts w:ascii="Calibri" w:hAnsi="Calibri" w:cs="Calibri"/>
                <w:noProof/>
              </w:rPr>
              <w:fldChar w:fldCharType="separate"/>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fldChar w:fldCharType="end"/>
            </w:r>
            <w:bookmarkEnd w:id="14"/>
          </w:p>
        </w:tc>
        <w:tc>
          <w:tcPr>
            <w:tcW w:w="2455" w:type="dxa"/>
          </w:tcPr>
          <w:p w14:paraId="07D759ED" w14:textId="77777777" w:rsidR="00C64174" w:rsidRPr="007A1CF2" w:rsidRDefault="00C64174" w:rsidP="007A1CF2">
            <w:pPr>
              <w:spacing w:line="240" w:lineRule="auto"/>
              <w:rPr>
                <w:rFonts w:ascii="Calibri" w:hAnsi="Calibri" w:cs="Calibri"/>
                <w:noProof/>
              </w:rPr>
            </w:pPr>
            <w:r w:rsidRPr="007A1CF2">
              <w:rPr>
                <w:rFonts w:ascii="Calibri" w:hAnsi="Calibri" w:cs="Calibri"/>
                <w:noProof/>
              </w:rPr>
              <w:fldChar w:fldCharType="begin">
                <w:ffData>
                  <w:name w:val="Text101"/>
                  <w:enabled/>
                  <w:calcOnExit w:val="0"/>
                  <w:textInput/>
                </w:ffData>
              </w:fldChar>
            </w:r>
            <w:bookmarkStart w:id="15" w:name="Text101"/>
            <w:r w:rsidRPr="007A1CF2">
              <w:rPr>
                <w:rFonts w:ascii="Calibri" w:hAnsi="Calibri" w:cs="Calibri"/>
                <w:noProof/>
              </w:rPr>
              <w:instrText xml:space="preserve"> FORMTEXT </w:instrText>
            </w:r>
            <w:r w:rsidRPr="007A1CF2">
              <w:rPr>
                <w:rFonts w:ascii="Calibri" w:hAnsi="Calibri" w:cs="Calibri"/>
                <w:noProof/>
              </w:rPr>
            </w:r>
            <w:r w:rsidRPr="007A1CF2">
              <w:rPr>
                <w:rFonts w:ascii="Calibri" w:hAnsi="Calibri" w:cs="Calibri"/>
                <w:noProof/>
              </w:rPr>
              <w:fldChar w:fldCharType="separate"/>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fldChar w:fldCharType="end"/>
            </w:r>
            <w:bookmarkEnd w:id="15"/>
          </w:p>
        </w:tc>
        <w:tc>
          <w:tcPr>
            <w:tcW w:w="821" w:type="dxa"/>
          </w:tcPr>
          <w:p w14:paraId="6BA19650" w14:textId="77777777" w:rsidR="00C64174" w:rsidRPr="007A1CF2" w:rsidRDefault="00C64174" w:rsidP="007A1CF2">
            <w:pPr>
              <w:spacing w:line="240" w:lineRule="auto"/>
              <w:rPr>
                <w:rFonts w:ascii="Calibri" w:hAnsi="Calibri" w:cs="Calibri"/>
                <w:noProof/>
              </w:rPr>
            </w:pPr>
            <w:r w:rsidRPr="007A1CF2">
              <w:rPr>
                <w:rFonts w:ascii="Calibri" w:hAnsi="Calibri" w:cs="Calibri"/>
                <w:noProof/>
              </w:rPr>
              <w:fldChar w:fldCharType="begin">
                <w:ffData>
                  <w:name w:val="Text102"/>
                  <w:enabled/>
                  <w:calcOnExit w:val="0"/>
                  <w:textInput/>
                </w:ffData>
              </w:fldChar>
            </w:r>
            <w:bookmarkStart w:id="16" w:name="Text102"/>
            <w:r w:rsidRPr="007A1CF2">
              <w:rPr>
                <w:rFonts w:ascii="Calibri" w:hAnsi="Calibri" w:cs="Calibri"/>
                <w:noProof/>
              </w:rPr>
              <w:instrText xml:space="preserve"> FORMTEXT </w:instrText>
            </w:r>
            <w:r w:rsidRPr="007A1CF2">
              <w:rPr>
                <w:rFonts w:ascii="Calibri" w:hAnsi="Calibri" w:cs="Calibri"/>
                <w:noProof/>
              </w:rPr>
            </w:r>
            <w:r w:rsidRPr="007A1CF2">
              <w:rPr>
                <w:rFonts w:ascii="Calibri" w:hAnsi="Calibri" w:cs="Calibri"/>
                <w:noProof/>
              </w:rPr>
              <w:fldChar w:fldCharType="separate"/>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fldChar w:fldCharType="end"/>
            </w:r>
            <w:bookmarkEnd w:id="16"/>
          </w:p>
        </w:tc>
        <w:tc>
          <w:tcPr>
            <w:tcW w:w="1276" w:type="dxa"/>
          </w:tcPr>
          <w:p w14:paraId="31106443" w14:textId="77777777" w:rsidR="00C64174" w:rsidRPr="007A1CF2" w:rsidRDefault="00C64174" w:rsidP="007A1CF2">
            <w:pPr>
              <w:spacing w:line="240" w:lineRule="auto"/>
              <w:rPr>
                <w:rFonts w:ascii="Calibri" w:hAnsi="Calibri" w:cs="Calibri"/>
                <w:noProof/>
              </w:rPr>
            </w:pPr>
            <w:r w:rsidRPr="007A1CF2">
              <w:rPr>
                <w:rFonts w:ascii="Calibri" w:hAnsi="Calibri" w:cs="Calibri"/>
                <w:noProof/>
              </w:rPr>
              <w:fldChar w:fldCharType="begin">
                <w:ffData>
                  <w:name w:val="Text103"/>
                  <w:enabled/>
                  <w:calcOnExit w:val="0"/>
                  <w:textInput/>
                </w:ffData>
              </w:fldChar>
            </w:r>
            <w:bookmarkStart w:id="17" w:name="Text103"/>
            <w:r w:rsidRPr="007A1CF2">
              <w:rPr>
                <w:rFonts w:ascii="Calibri" w:hAnsi="Calibri" w:cs="Calibri"/>
                <w:noProof/>
              </w:rPr>
              <w:instrText xml:space="preserve"> FORMTEXT </w:instrText>
            </w:r>
            <w:r w:rsidRPr="007A1CF2">
              <w:rPr>
                <w:rFonts w:ascii="Calibri" w:hAnsi="Calibri" w:cs="Calibri"/>
                <w:noProof/>
              </w:rPr>
            </w:r>
            <w:r w:rsidRPr="007A1CF2">
              <w:rPr>
                <w:rFonts w:ascii="Calibri" w:hAnsi="Calibri" w:cs="Calibri"/>
                <w:noProof/>
              </w:rPr>
              <w:fldChar w:fldCharType="separate"/>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fldChar w:fldCharType="end"/>
            </w:r>
            <w:bookmarkEnd w:id="17"/>
          </w:p>
        </w:tc>
        <w:tc>
          <w:tcPr>
            <w:tcW w:w="851" w:type="dxa"/>
          </w:tcPr>
          <w:p w14:paraId="5CE33914" w14:textId="77777777" w:rsidR="00C64174" w:rsidRPr="007A1CF2" w:rsidRDefault="00C64174" w:rsidP="007A1CF2">
            <w:pPr>
              <w:spacing w:line="240" w:lineRule="auto"/>
              <w:rPr>
                <w:rFonts w:ascii="Calibri" w:hAnsi="Calibri" w:cs="Calibri"/>
                <w:noProof/>
              </w:rPr>
            </w:pPr>
            <w:r w:rsidRPr="007A1CF2">
              <w:rPr>
                <w:rFonts w:ascii="Calibri" w:hAnsi="Calibri" w:cs="Calibri"/>
                <w:noProof/>
              </w:rPr>
              <w:fldChar w:fldCharType="begin">
                <w:ffData>
                  <w:name w:val="Text104"/>
                  <w:enabled/>
                  <w:calcOnExit w:val="0"/>
                  <w:textInput/>
                </w:ffData>
              </w:fldChar>
            </w:r>
            <w:bookmarkStart w:id="18" w:name="Text104"/>
            <w:r w:rsidRPr="007A1CF2">
              <w:rPr>
                <w:rFonts w:ascii="Calibri" w:hAnsi="Calibri" w:cs="Calibri"/>
                <w:noProof/>
              </w:rPr>
              <w:instrText xml:space="preserve"> FORMTEXT </w:instrText>
            </w:r>
            <w:r w:rsidRPr="007A1CF2">
              <w:rPr>
                <w:rFonts w:ascii="Calibri" w:hAnsi="Calibri" w:cs="Calibri"/>
                <w:noProof/>
              </w:rPr>
            </w:r>
            <w:r w:rsidRPr="007A1CF2">
              <w:rPr>
                <w:rFonts w:ascii="Calibri" w:hAnsi="Calibri" w:cs="Calibri"/>
                <w:noProof/>
              </w:rPr>
              <w:fldChar w:fldCharType="separate"/>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fldChar w:fldCharType="end"/>
            </w:r>
            <w:bookmarkEnd w:id="18"/>
          </w:p>
        </w:tc>
        <w:tc>
          <w:tcPr>
            <w:tcW w:w="879" w:type="dxa"/>
          </w:tcPr>
          <w:p w14:paraId="14118CD5" w14:textId="77777777" w:rsidR="00C64174" w:rsidRPr="007A1CF2" w:rsidRDefault="00C64174" w:rsidP="007A1CF2">
            <w:pPr>
              <w:spacing w:line="240" w:lineRule="auto"/>
              <w:rPr>
                <w:rFonts w:ascii="Calibri" w:hAnsi="Calibri" w:cs="Calibri"/>
                <w:noProof/>
              </w:rPr>
            </w:pPr>
            <w:r w:rsidRPr="007A1CF2">
              <w:rPr>
                <w:rFonts w:ascii="Calibri" w:hAnsi="Calibri" w:cs="Calibri"/>
                <w:noProof/>
              </w:rPr>
              <w:fldChar w:fldCharType="begin">
                <w:ffData>
                  <w:name w:val="Text105"/>
                  <w:enabled/>
                  <w:calcOnExit w:val="0"/>
                  <w:textInput/>
                </w:ffData>
              </w:fldChar>
            </w:r>
            <w:bookmarkStart w:id="19" w:name="Text105"/>
            <w:r w:rsidRPr="007A1CF2">
              <w:rPr>
                <w:rFonts w:ascii="Calibri" w:hAnsi="Calibri" w:cs="Calibri"/>
                <w:noProof/>
              </w:rPr>
              <w:instrText xml:space="preserve"> FORMTEXT </w:instrText>
            </w:r>
            <w:r w:rsidRPr="007A1CF2">
              <w:rPr>
                <w:rFonts w:ascii="Calibri" w:hAnsi="Calibri" w:cs="Calibri"/>
                <w:noProof/>
              </w:rPr>
            </w:r>
            <w:r w:rsidRPr="007A1CF2">
              <w:rPr>
                <w:rFonts w:ascii="Calibri" w:hAnsi="Calibri" w:cs="Calibri"/>
                <w:noProof/>
              </w:rPr>
              <w:fldChar w:fldCharType="separate"/>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fldChar w:fldCharType="end"/>
            </w:r>
            <w:bookmarkEnd w:id="19"/>
          </w:p>
        </w:tc>
        <w:tc>
          <w:tcPr>
            <w:tcW w:w="1924" w:type="dxa"/>
            <w:gridSpan w:val="2"/>
          </w:tcPr>
          <w:p w14:paraId="005495AF" w14:textId="77777777" w:rsidR="00C64174" w:rsidRPr="007A1CF2" w:rsidRDefault="00C64174" w:rsidP="007A1CF2">
            <w:pPr>
              <w:spacing w:line="240" w:lineRule="auto"/>
              <w:rPr>
                <w:rFonts w:ascii="Calibri" w:hAnsi="Calibri" w:cs="Calibri"/>
                <w:noProof/>
              </w:rPr>
            </w:pPr>
            <w:r w:rsidRPr="007A1CF2">
              <w:rPr>
                <w:rFonts w:ascii="Calibri" w:hAnsi="Calibri" w:cs="Calibri"/>
                <w:noProof/>
              </w:rPr>
              <w:fldChar w:fldCharType="begin">
                <w:ffData>
                  <w:name w:val="Text106"/>
                  <w:enabled/>
                  <w:calcOnExit w:val="0"/>
                  <w:textInput/>
                </w:ffData>
              </w:fldChar>
            </w:r>
            <w:bookmarkStart w:id="20" w:name="Text106"/>
            <w:r w:rsidRPr="007A1CF2">
              <w:rPr>
                <w:rFonts w:ascii="Calibri" w:hAnsi="Calibri" w:cs="Calibri"/>
                <w:noProof/>
              </w:rPr>
              <w:instrText xml:space="preserve"> FORMTEXT </w:instrText>
            </w:r>
            <w:r w:rsidRPr="007A1CF2">
              <w:rPr>
                <w:rFonts w:ascii="Calibri" w:hAnsi="Calibri" w:cs="Calibri"/>
                <w:noProof/>
              </w:rPr>
            </w:r>
            <w:r w:rsidRPr="007A1CF2">
              <w:rPr>
                <w:rFonts w:ascii="Calibri" w:hAnsi="Calibri" w:cs="Calibri"/>
                <w:noProof/>
              </w:rPr>
              <w:fldChar w:fldCharType="separate"/>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t> </w:t>
            </w:r>
            <w:r w:rsidRPr="007A1CF2">
              <w:rPr>
                <w:rFonts w:ascii="Calibri" w:hAnsi="Calibri" w:cs="Calibri"/>
                <w:noProof/>
              </w:rPr>
              <w:fldChar w:fldCharType="end"/>
            </w:r>
            <w:bookmarkEnd w:id="20"/>
          </w:p>
        </w:tc>
      </w:tr>
    </w:tbl>
    <w:p w14:paraId="32783833" w14:textId="77777777" w:rsidR="00830678" w:rsidRDefault="00830678" w:rsidP="007A1CF2">
      <w:pPr>
        <w:rPr>
          <w:rFonts w:asciiTheme="majorHAnsi" w:eastAsia="Arial" w:hAnsiTheme="majorHAnsi" w:cstheme="majorHAnsi"/>
          <w:b/>
          <w:bCs/>
          <w:color w:val="004D40"/>
        </w:rPr>
      </w:pPr>
    </w:p>
    <w:p w14:paraId="39E602B9" w14:textId="0E857F7B" w:rsidR="00C64174" w:rsidRDefault="007A1CF2" w:rsidP="00830678">
      <w:pPr>
        <w:spacing w:after="0"/>
        <w:rPr>
          <w:b/>
          <w:bCs/>
          <w:noProof/>
        </w:rPr>
      </w:pPr>
      <w:r w:rsidRPr="007A1CF2">
        <w:rPr>
          <w:rFonts w:asciiTheme="majorHAnsi" w:eastAsia="Arial" w:hAnsiTheme="majorHAnsi" w:cstheme="majorHAnsi"/>
          <w:b/>
          <w:bCs/>
          <w:color w:val="004D40"/>
        </w:rPr>
        <w:t>EMPLOYMENT EXPERIENCE OTHER THAN TEACHING</w:t>
      </w:r>
      <w:r w:rsidR="00C64174" w:rsidRPr="007A1CF2">
        <w:rPr>
          <w:b/>
          <w:bCs/>
          <w:noProof/>
        </w:rPr>
        <w:t xml:space="preserve"> </w:t>
      </w:r>
    </w:p>
    <w:p w14:paraId="4F46B955" w14:textId="77777777" w:rsidR="00830678" w:rsidRDefault="0089264A" w:rsidP="00830678">
      <w:pPr>
        <w:spacing w:line="240" w:lineRule="auto"/>
        <w:rPr>
          <w:rFonts w:cs="Arial"/>
          <w:noProof/>
          <w:sz w:val="28"/>
        </w:rPr>
      </w:pPr>
      <w:r>
        <w:rPr>
          <w:rFonts w:asciiTheme="majorHAnsi" w:hAnsiTheme="majorHAnsi" w:cstheme="majorHAnsi"/>
        </w:rPr>
        <w:pict w14:anchorId="7AC76A52">
          <v:rect id="_x0000_i1031" style="width:0;height:1.5pt" o:hralign="center" o:hrstd="t" o:hr="t" fillcolor="#a0a0a0" stroked="f"/>
        </w:pic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1417"/>
        <w:gridCol w:w="5245"/>
        <w:gridCol w:w="1664"/>
      </w:tblGrid>
      <w:tr w:rsidR="00C64174" w:rsidRPr="007A1CF2" w14:paraId="04760582" w14:textId="77777777" w:rsidTr="00EC7FCE">
        <w:trPr>
          <w:cantSplit/>
        </w:trPr>
        <w:tc>
          <w:tcPr>
            <w:tcW w:w="2268" w:type="dxa"/>
            <w:gridSpan w:val="2"/>
            <w:tcBorders>
              <w:top w:val="single" w:sz="4" w:space="0" w:color="auto"/>
              <w:bottom w:val="single" w:sz="4" w:space="0" w:color="auto"/>
              <w:right w:val="nil"/>
            </w:tcBorders>
          </w:tcPr>
          <w:p w14:paraId="41E63493" w14:textId="77777777" w:rsidR="00C64174" w:rsidRPr="007A1CF2" w:rsidRDefault="00C64174" w:rsidP="007A1CF2">
            <w:pPr>
              <w:spacing w:after="0"/>
              <w:rPr>
                <w:rFonts w:asciiTheme="majorHAnsi" w:hAnsiTheme="majorHAnsi" w:cstheme="majorHAnsi"/>
                <w:noProof/>
              </w:rPr>
            </w:pPr>
            <w:r w:rsidRPr="007A1CF2">
              <w:rPr>
                <w:rFonts w:asciiTheme="majorHAnsi" w:hAnsiTheme="majorHAnsi" w:cstheme="majorHAnsi"/>
                <w:b/>
                <w:noProof/>
              </w:rPr>
              <w:t>Dates</w:t>
            </w:r>
            <w:r w:rsidRPr="007A1CF2">
              <w:rPr>
                <w:rFonts w:asciiTheme="majorHAnsi" w:hAnsiTheme="majorHAnsi" w:cstheme="majorHAnsi"/>
                <w:noProof/>
              </w:rPr>
              <w:t xml:space="preserve"> (Day/Month/Year)</w:t>
            </w:r>
          </w:p>
        </w:tc>
        <w:tc>
          <w:tcPr>
            <w:tcW w:w="5245" w:type="dxa"/>
            <w:vMerge w:val="restart"/>
            <w:tcBorders>
              <w:top w:val="single" w:sz="4" w:space="0" w:color="auto"/>
              <w:left w:val="single" w:sz="4" w:space="0" w:color="auto"/>
              <w:bottom w:val="nil"/>
              <w:right w:val="single" w:sz="4" w:space="0" w:color="auto"/>
            </w:tcBorders>
            <w:vAlign w:val="center"/>
          </w:tcPr>
          <w:p w14:paraId="377BC338" w14:textId="77777777" w:rsidR="00C64174" w:rsidRPr="007A1CF2" w:rsidRDefault="00C64174" w:rsidP="00EC7FCE">
            <w:pPr>
              <w:rPr>
                <w:rFonts w:asciiTheme="majorHAnsi" w:hAnsiTheme="majorHAnsi" w:cstheme="majorHAnsi"/>
                <w:b/>
                <w:noProof/>
              </w:rPr>
            </w:pPr>
            <w:r w:rsidRPr="007A1CF2">
              <w:rPr>
                <w:rFonts w:asciiTheme="majorHAnsi" w:hAnsiTheme="majorHAnsi" w:cstheme="majorHAnsi"/>
                <w:b/>
                <w:noProof/>
              </w:rPr>
              <w:t>Job Title and brief summary of duties and responsibilities</w:t>
            </w:r>
          </w:p>
        </w:tc>
        <w:tc>
          <w:tcPr>
            <w:tcW w:w="1664" w:type="dxa"/>
            <w:vMerge w:val="restart"/>
            <w:tcBorders>
              <w:left w:val="nil"/>
            </w:tcBorders>
            <w:vAlign w:val="center"/>
          </w:tcPr>
          <w:p w14:paraId="21FD10B0" w14:textId="77777777" w:rsidR="00C64174" w:rsidRPr="007A1CF2" w:rsidRDefault="00C64174" w:rsidP="00EC7FCE">
            <w:pPr>
              <w:rPr>
                <w:rFonts w:asciiTheme="majorHAnsi" w:hAnsiTheme="majorHAnsi" w:cstheme="majorHAnsi"/>
                <w:b/>
                <w:noProof/>
              </w:rPr>
            </w:pPr>
            <w:r w:rsidRPr="007A1CF2">
              <w:rPr>
                <w:rFonts w:asciiTheme="majorHAnsi" w:hAnsiTheme="majorHAnsi" w:cstheme="majorHAnsi"/>
                <w:b/>
                <w:noProof/>
              </w:rPr>
              <w:t xml:space="preserve">      Salary </w:t>
            </w:r>
          </w:p>
        </w:tc>
      </w:tr>
      <w:tr w:rsidR="00C64174" w:rsidRPr="007A1CF2" w14:paraId="3B4E4092" w14:textId="77777777" w:rsidTr="00EC7FCE">
        <w:trPr>
          <w:cantSplit/>
        </w:trPr>
        <w:tc>
          <w:tcPr>
            <w:tcW w:w="851" w:type="dxa"/>
            <w:tcBorders>
              <w:top w:val="nil"/>
              <w:bottom w:val="single" w:sz="4" w:space="0" w:color="auto"/>
              <w:right w:val="single" w:sz="4" w:space="0" w:color="auto"/>
            </w:tcBorders>
          </w:tcPr>
          <w:p w14:paraId="3EBE1056" w14:textId="77777777" w:rsidR="00C64174" w:rsidRPr="007A1CF2" w:rsidRDefault="00C64174" w:rsidP="00EC7FCE">
            <w:pPr>
              <w:rPr>
                <w:rFonts w:asciiTheme="majorHAnsi" w:hAnsiTheme="majorHAnsi" w:cstheme="majorHAnsi"/>
                <w:b/>
                <w:noProof/>
              </w:rPr>
            </w:pPr>
            <w:r w:rsidRPr="007A1CF2">
              <w:rPr>
                <w:rFonts w:asciiTheme="majorHAnsi" w:hAnsiTheme="majorHAnsi" w:cstheme="majorHAnsi"/>
                <w:b/>
                <w:noProof/>
              </w:rPr>
              <w:t>From</w:t>
            </w:r>
          </w:p>
        </w:tc>
        <w:tc>
          <w:tcPr>
            <w:tcW w:w="1417" w:type="dxa"/>
            <w:tcBorders>
              <w:top w:val="nil"/>
              <w:left w:val="single" w:sz="4" w:space="0" w:color="auto"/>
              <w:bottom w:val="single" w:sz="4" w:space="0" w:color="auto"/>
              <w:right w:val="nil"/>
            </w:tcBorders>
          </w:tcPr>
          <w:p w14:paraId="1C85915B" w14:textId="77777777" w:rsidR="00C64174" w:rsidRPr="007A1CF2" w:rsidRDefault="00C64174" w:rsidP="00EC7FCE">
            <w:pPr>
              <w:rPr>
                <w:rFonts w:asciiTheme="majorHAnsi" w:hAnsiTheme="majorHAnsi" w:cstheme="majorHAnsi"/>
                <w:b/>
                <w:noProof/>
              </w:rPr>
            </w:pPr>
            <w:r w:rsidRPr="007A1CF2">
              <w:rPr>
                <w:rFonts w:asciiTheme="majorHAnsi" w:hAnsiTheme="majorHAnsi" w:cstheme="majorHAnsi"/>
                <w:b/>
                <w:noProof/>
              </w:rPr>
              <w:t>To</w:t>
            </w:r>
          </w:p>
        </w:tc>
        <w:tc>
          <w:tcPr>
            <w:tcW w:w="5245" w:type="dxa"/>
            <w:vMerge/>
            <w:tcBorders>
              <w:top w:val="nil"/>
              <w:left w:val="single" w:sz="4" w:space="0" w:color="auto"/>
              <w:bottom w:val="nil"/>
              <w:right w:val="single" w:sz="4" w:space="0" w:color="auto"/>
            </w:tcBorders>
          </w:tcPr>
          <w:p w14:paraId="4B2608EE" w14:textId="77777777" w:rsidR="00C64174" w:rsidRPr="007A1CF2" w:rsidRDefault="00C64174" w:rsidP="00EC7FCE">
            <w:pPr>
              <w:rPr>
                <w:rFonts w:asciiTheme="majorHAnsi" w:hAnsiTheme="majorHAnsi" w:cstheme="majorHAnsi"/>
                <w:noProof/>
              </w:rPr>
            </w:pPr>
          </w:p>
        </w:tc>
        <w:tc>
          <w:tcPr>
            <w:tcW w:w="1664" w:type="dxa"/>
            <w:vMerge/>
            <w:tcBorders>
              <w:left w:val="nil"/>
              <w:bottom w:val="nil"/>
            </w:tcBorders>
          </w:tcPr>
          <w:p w14:paraId="0D316722" w14:textId="77777777" w:rsidR="00C64174" w:rsidRPr="007A1CF2" w:rsidRDefault="00C64174" w:rsidP="00EC7FCE">
            <w:pPr>
              <w:rPr>
                <w:rFonts w:asciiTheme="majorHAnsi" w:hAnsiTheme="majorHAnsi" w:cstheme="majorHAnsi"/>
                <w:noProof/>
              </w:rPr>
            </w:pPr>
          </w:p>
        </w:tc>
      </w:tr>
      <w:tr w:rsidR="00C64174" w:rsidRPr="007A1CF2" w14:paraId="4AEC9858" w14:textId="77777777" w:rsidTr="00EC7FCE">
        <w:trPr>
          <w:cantSplit/>
          <w:trHeight w:hRule="exact" w:val="280"/>
        </w:trPr>
        <w:tc>
          <w:tcPr>
            <w:tcW w:w="851" w:type="dxa"/>
            <w:tcBorders>
              <w:top w:val="single" w:sz="4" w:space="0" w:color="auto"/>
              <w:bottom w:val="single" w:sz="4" w:space="0" w:color="auto"/>
              <w:right w:val="single" w:sz="4" w:space="0" w:color="auto"/>
            </w:tcBorders>
          </w:tcPr>
          <w:p w14:paraId="440FE3E0" w14:textId="602FE193" w:rsidR="00C64174" w:rsidRPr="007A1CF2" w:rsidRDefault="00C64174" w:rsidP="00EC7FCE">
            <w:pPr>
              <w:rPr>
                <w:rFonts w:asciiTheme="majorHAnsi" w:hAnsiTheme="majorHAnsi" w:cstheme="majorHAnsi"/>
                <w:noProof/>
              </w:rPr>
            </w:pPr>
          </w:p>
        </w:tc>
        <w:tc>
          <w:tcPr>
            <w:tcW w:w="1417" w:type="dxa"/>
            <w:tcBorders>
              <w:top w:val="single" w:sz="4" w:space="0" w:color="auto"/>
              <w:left w:val="single" w:sz="4" w:space="0" w:color="auto"/>
              <w:bottom w:val="single" w:sz="4" w:space="0" w:color="auto"/>
              <w:right w:val="nil"/>
            </w:tcBorders>
          </w:tcPr>
          <w:p w14:paraId="30A5E31D" w14:textId="4161CE30" w:rsidR="00C64174" w:rsidRPr="007A1CF2" w:rsidRDefault="00C64174" w:rsidP="00EC7FCE">
            <w:pPr>
              <w:rPr>
                <w:rFonts w:asciiTheme="majorHAnsi" w:hAnsiTheme="majorHAnsi" w:cstheme="majorHAnsi"/>
                <w:noProof/>
              </w:rPr>
            </w:pPr>
          </w:p>
        </w:tc>
        <w:tc>
          <w:tcPr>
            <w:tcW w:w="5245" w:type="dxa"/>
            <w:vMerge w:val="restart"/>
            <w:tcBorders>
              <w:top w:val="nil"/>
              <w:left w:val="single" w:sz="4" w:space="0" w:color="auto"/>
              <w:bottom w:val="single" w:sz="4" w:space="0" w:color="auto"/>
              <w:right w:val="single" w:sz="4" w:space="0" w:color="auto"/>
            </w:tcBorders>
          </w:tcPr>
          <w:p w14:paraId="535ED19F" w14:textId="214355E3" w:rsidR="007A1CF2" w:rsidRPr="007A1CF2" w:rsidRDefault="007A1CF2" w:rsidP="00EC7FCE">
            <w:pPr>
              <w:rPr>
                <w:rFonts w:asciiTheme="majorHAnsi" w:hAnsiTheme="majorHAnsi" w:cstheme="majorHAnsi"/>
                <w:noProof/>
              </w:rPr>
            </w:pPr>
          </w:p>
        </w:tc>
        <w:tc>
          <w:tcPr>
            <w:tcW w:w="1664" w:type="dxa"/>
            <w:vMerge w:val="restart"/>
            <w:tcBorders>
              <w:top w:val="nil"/>
              <w:left w:val="nil"/>
              <w:bottom w:val="single" w:sz="4" w:space="0" w:color="auto"/>
            </w:tcBorders>
          </w:tcPr>
          <w:p w14:paraId="06CEE9D1" w14:textId="77777777" w:rsidR="00C64174" w:rsidRPr="007A1CF2" w:rsidRDefault="00C64174" w:rsidP="00EC7FCE">
            <w:pPr>
              <w:rPr>
                <w:rFonts w:asciiTheme="majorHAnsi" w:hAnsiTheme="majorHAnsi" w:cstheme="majorHAnsi"/>
                <w:noProof/>
              </w:rPr>
            </w:pPr>
          </w:p>
        </w:tc>
      </w:tr>
      <w:tr w:rsidR="00C64174" w:rsidRPr="007A1CF2" w14:paraId="6F101DDB" w14:textId="77777777" w:rsidTr="00EC7FCE">
        <w:trPr>
          <w:cantSplit/>
        </w:trPr>
        <w:tc>
          <w:tcPr>
            <w:tcW w:w="2268" w:type="dxa"/>
            <w:gridSpan w:val="2"/>
            <w:tcBorders>
              <w:top w:val="nil"/>
              <w:right w:val="nil"/>
            </w:tcBorders>
          </w:tcPr>
          <w:p w14:paraId="719D4241" w14:textId="77777777" w:rsidR="00C64174" w:rsidRPr="007A1CF2" w:rsidRDefault="00C64174" w:rsidP="00EC7FCE">
            <w:pPr>
              <w:rPr>
                <w:rFonts w:asciiTheme="majorHAnsi" w:hAnsiTheme="majorHAnsi" w:cstheme="majorHAnsi"/>
                <w:b/>
                <w:noProof/>
              </w:rPr>
            </w:pPr>
            <w:r w:rsidRPr="007A1CF2">
              <w:rPr>
                <w:rFonts w:asciiTheme="majorHAnsi" w:hAnsiTheme="majorHAnsi" w:cstheme="majorHAnsi"/>
                <w:b/>
                <w:noProof/>
              </w:rPr>
              <w:t>Employer &amp; Address</w:t>
            </w:r>
          </w:p>
        </w:tc>
        <w:tc>
          <w:tcPr>
            <w:tcW w:w="5245" w:type="dxa"/>
            <w:vMerge/>
            <w:tcBorders>
              <w:top w:val="nil"/>
              <w:left w:val="single" w:sz="4" w:space="0" w:color="auto"/>
              <w:bottom w:val="single" w:sz="4" w:space="0" w:color="auto"/>
              <w:right w:val="single" w:sz="4" w:space="0" w:color="auto"/>
            </w:tcBorders>
          </w:tcPr>
          <w:p w14:paraId="3903B319" w14:textId="77777777" w:rsidR="00C64174" w:rsidRPr="007A1CF2" w:rsidRDefault="00C64174" w:rsidP="00EC7FCE">
            <w:pPr>
              <w:rPr>
                <w:rFonts w:asciiTheme="majorHAnsi" w:hAnsiTheme="majorHAnsi" w:cstheme="majorHAnsi"/>
                <w:noProof/>
              </w:rPr>
            </w:pPr>
          </w:p>
        </w:tc>
        <w:tc>
          <w:tcPr>
            <w:tcW w:w="1664" w:type="dxa"/>
            <w:vMerge/>
            <w:tcBorders>
              <w:top w:val="nil"/>
              <w:left w:val="nil"/>
              <w:bottom w:val="single" w:sz="4" w:space="0" w:color="auto"/>
            </w:tcBorders>
          </w:tcPr>
          <w:p w14:paraId="5DFA86BE" w14:textId="77777777" w:rsidR="00C64174" w:rsidRPr="007A1CF2" w:rsidRDefault="00C64174" w:rsidP="00EC7FCE">
            <w:pPr>
              <w:rPr>
                <w:rFonts w:asciiTheme="majorHAnsi" w:hAnsiTheme="majorHAnsi" w:cstheme="majorHAnsi"/>
                <w:noProof/>
              </w:rPr>
            </w:pPr>
          </w:p>
        </w:tc>
      </w:tr>
      <w:tr w:rsidR="00C64174" w:rsidRPr="007A1CF2" w14:paraId="6A58F440" w14:textId="77777777" w:rsidTr="00EC7FCE">
        <w:trPr>
          <w:cantSplit/>
        </w:trPr>
        <w:tc>
          <w:tcPr>
            <w:tcW w:w="2268" w:type="dxa"/>
            <w:gridSpan w:val="2"/>
            <w:tcBorders>
              <w:bottom w:val="single" w:sz="4" w:space="0" w:color="auto"/>
              <w:right w:val="nil"/>
            </w:tcBorders>
          </w:tcPr>
          <w:p w14:paraId="58565DE8" w14:textId="27EDB1F3" w:rsidR="00C64174" w:rsidRPr="007A1CF2" w:rsidRDefault="00C64174" w:rsidP="00EC7FCE">
            <w:pPr>
              <w:rPr>
                <w:rFonts w:asciiTheme="majorHAnsi" w:hAnsiTheme="majorHAnsi" w:cstheme="majorHAnsi"/>
                <w:noProof/>
              </w:rPr>
            </w:pPr>
          </w:p>
          <w:p w14:paraId="03BBBF1D" w14:textId="77777777" w:rsidR="00C64174" w:rsidRPr="007A1CF2" w:rsidRDefault="00C64174" w:rsidP="00EC7FCE">
            <w:pPr>
              <w:rPr>
                <w:rFonts w:asciiTheme="majorHAnsi" w:hAnsiTheme="majorHAnsi" w:cstheme="majorHAnsi"/>
                <w:noProof/>
              </w:rPr>
            </w:pPr>
          </w:p>
        </w:tc>
        <w:tc>
          <w:tcPr>
            <w:tcW w:w="5245" w:type="dxa"/>
            <w:vMerge/>
            <w:tcBorders>
              <w:top w:val="nil"/>
              <w:left w:val="single" w:sz="4" w:space="0" w:color="auto"/>
              <w:bottom w:val="single" w:sz="4" w:space="0" w:color="auto"/>
              <w:right w:val="single" w:sz="4" w:space="0" w:color="auto"/>
            </w:tcBorders>
          </w:tcPr>
          <w:p w14:paraId="549F61F9" w14:textId="77777777" w:rsidR="00C64174" w:rsidRPr="007A1CF2" w:rsidRDefault="00C64174" w:rsidP="00EC7FCE">
            <w:pPr>
              <w:rPr>
                <w:rFonts w:asciiTheme="majorHAnsi" w:hAnsiTheme="majorHAnsi" w:cstheme="majorHAnsi"/>
                <w:noProof/>
              </w:rPr>
            </w:pPr>
          </w:p>
        </w:tc>
        <w:tc>
          <w:tcPr>
            <w:tcW w:w="1664" w:type="dxa"/>
            <w:vMerge/>
            <w:tcBorders>
              <w:top w:val="nil"/>
              <w:left w:val="nil"/>
              <w:bottom w:val="single" w:sz="4" w:space="0" w:color="auto"/>
            </w:tcBorders>
          </w:tcPr>
          <w:p w14:paraId="017E6E45" w14:textId="77777777" w:rsidR="00C64174" w:rsidRPr="007A1CF2" w:rsidRDefault="00C64174" w:rsidP="00EC7FCE">
            <w:pPr>
              <w:rPr>
                <w:rFonts w:asciiTheme="majorHAnsi" w:hAnsiTheme="majorHAnsi" w:cstheme="majorHAnsi"/>
                <w:noProof/>
              </w:rPr>
            </w:pPr>
          </w:p>
        </w:tc>
      </w:tr>
      <w:tr w:rsidR="00C64174" w:rsidRPr="007A1CF2" w14:paraId="4B476FD6" w14:textId="77777777" w:rsidTr="00EC7FCE">
        <w:trPr>
          <w:cantSplit/>
        </w:trPr>
        <w:tc>
          <w:tcPr>
            <w:tcW w:w="851" w:type="dxa"/>
            <w:tcBorders>
              <w:top w:val="single" w:sz="4" w:space="0" w:color="auto"/>
              <w:bottom w:val="single" w:sz="4" w:space="0" w:color="auto"/>
              <w:right w:val="single" w:sz="4" w:space="0" w:color="auto"/>
            </w:tcBorders>
          </w:tcPr>
          <w:p w14:paraId="719F3B60" w14:textId="77777777" w:rsidR="00C64174" w:rsidRPr="007A1CF2" w:rsidRDefault="00C64174" w:rsidP="00EC7FCE">
            <w:pPr>
              <w:rPr>
                <w:rFonts w:asciiTheme="majorHAnsi" w:hAnsiTheme="majorHAnsi" w:cstheme="majorHAnsi"/>
                <w:b/>
                <w:noProof/>
              </w:rPr>
            </w:pPr>
            <w:r w:rsidRPr="007A1CF2">
              <w:rPr>
                <w:rFonts w:asciiTheme="majorHAnsi" w:hAnsiTheme="majorHAnsi" w:cstheme="majorHAnsi"/>
                <w:b/>
                <w:noProof/>
              </w:rPr>
              <w:t>From</w:t>
            </w:r>
          </w:p>
        </w:tc>
        <w:tc>
          <w:tcPr>
            <w:tcW w:w="1417" w:type="dxa"/>
            <w:tcBorders>
              <w:top w:val="single" w:sz="4" w:space="0" w:color="auto"/>
              <w:left w:val="single" w:sz="4" w:space="0" w:color="auto"/>
              <w:bottom w:val="single" w:sz="4" w:space="0" w:color="auto"/>
              <w:right w:val="nil"/>
            </w:tcBorders>
          </w:tcPr>
          <w:p w14:paraId="04B5CE69" w14:textId="77777777" w:rsidR="00C64174" w:rsidRPr="007A1CF2" w:rsidRDefault="00C64174" w:rsidP="00EC7FCE">
            <w:pPr>
              <w:rPr>
                <w:rFonts w:asciiTheme="majorHAnsi" w:hAnsiTheme="majorHAnsi" w:cstheme="majorHAnsi"/>
                <w:b/>
                <w:noProof/>
              </w:rPr>
            </w:pPr>
            <w:r w:rsidRPr="007A1CF2">
              <w:rPr>
                <w:rFonts w:asciiTheme="majorHAnsi" w:hAnsiTheme="majorHAnsi" w:cstheme="majorHAnsi"/>
                <w:b/>
                <w:noProof/>
              </w:rPr>
              <w:t>To</w:t>
            </w:r>
          </w:p>
        </w:tc>
        <w:tc>
          <w:tcPr>
            <w:tcW w:w="5245" w:type="dxa"/>
            <w:tcBorders>
              <w:top w:val="single" w:sz="4" w:space="0" w:color="auto"/>
              <w:left w:val="single" w:sz="4" w:space="0" w:color="auto"/>
              <w:bottom w:val="single" w:sz="4" w:space="0" w:color="auto"/>
              <w:right w:val="single" w:sz="4" w:space="0" w:color="auto"/>
            </w:tcBorders>
          </w:tcPr>
          <w:p w14:paraId="4DBC416C" w14:textId="77777777" w:rsidR="00C64174" w:rsidRPr="007A1CF2" w:rsidRDefault="00C64174" w:rsidP="00EC7FCE">
            <w:pPr>
              <w:rPr>
                <w:rFonts w:asciiTheme="majorHAnsi" w:hAnsiTheme="majorHAnsi" w:cstheme="majorHAnsi"/>
                <w:noProof/>
              </w:rPr>
            </w:pPr>
          </w:p>
        </w:tc>
        <w:tc>
          <w:tcPr>
            <w:tcW w:w="1664" w:type="dxa"/>
            <w:tcBorders>
              <w:top w:val="single" w:sz="4" w:space="0" w:color="auto"/>
              <w:left w:val="nil"/>
              <w:bottom w:val="single" w:sz="4" w:space="0" w:color="auto"/>
            </w:tcBorders>
          </w:tcPr>
          <w:p w14:paraId="4A26BDAD" w14:textId="77777777" w:rsidR="00C64174" w:rsidRPr="007A1CF2" w:rsidRDefault="00C64174" w:rsidP="00EC7FCE">
            <w:pPr>
              <w:rPr>
                <w:rFonts w:asciiTheme="majorHAnsi" w:hAnsiTheme="majorHAnsi" w:cstheme="majorHAnsi"/>
                <w:noProof/>
              </w:rPr>
            </w:pPr>
          </w:p>
        </w:tc>
      </w:tr>
      <w:tr w:rsidR="00C64174" w:rsidRPr="007A1CF2" w14:paraId="0E6E0233" w14:textId="77777777" w:rsidTr="00EC7FCE">
        <w:trPr>
          <w:cantSplit/>
          <w:trHeight w:hRule="exact" w:val="280"/>
        </w:trPr>
        <w:tc>
          <w:tcPr>
            <w:tcW w:w="851" w:type="dxa"/>
            <w:tcBorders>
              <w:top w:val="single" w:sz="4" w:space="0" w:color="auto"/>
              <w:bottom w:val="single" w:sz="4" w:space="0" w:color="auto"/>
              <w:right w:val="single" w:sz="4" w:space="0" w:color="auto"/>
            </w:tcBorders>
          </w:tcPr>
          <w:p w14:paraId="0E9A445B" w14:textId="64D0802E" w:rsidR="00C64174" w:rsidRPr="007A1CF2" w:rsidRDefault="00C64174" w:rsidP="00EC7FCE">
            <w:pPr>
              <w:rPr>
                <w:rFonts w:asciiTheme="majorHAnsi" w:hAnsiTheme="majorHAnsi" w:cstheme="majorHAnsi"/>
                <w:noProof/>
              </w:rPr>
            </w:pPr>
          </w:p>
        </w:tc>
        <w:tc>
          <w:tcPr>
            <w:tcW w:w="1417" w:type="dxa"/>
            <w:tcBorders>
              <w:top w:val="single" w:sz="4" w:space="0" w:color="auto"/>
              <w:left w:val="single" w:sz="4" w:space="0" w:color="auto"/>
              <w:bottom w:val="single" w:sz="4" w:space="0" w:color="auto"/>
              <w:right w:val="nil"/>
            </w:tcBorders>
          </w:tcPr>
          <w:p w14:paraId="4F3D01D8" w14:textId="2DD25ACD" w:rsidR="00C64174" w:rsidRPr="007A1CF2" w:rsidRDefault="00C64174" w:rsidP="00EC7FCE">
            <w:pPr>
              <w:rPr>
                <w:rFonts w:asciiTheme="majorHAnsi" w:hAnsiTheme="majorHAnsi" w:cstheme="majorHAnsi"/>
                <w:noProof/>
              </w:rPr>
            </w:pPr>
          </w:p>
        </w:tc>
        <w:tc>
          <w:tcPr>
            <w:tcW w:w="5245" w:type="dxa"/>
            <w:vMerge w:val="restart"/>
            <w:tcBorders>
              <w:top w:val="single" w:sz="4" w:space="0" w:color="auto"/>
              <w:left w:val="single" w:sz="4" w:space="0" w:color="auto"/>
              <w:right w:val="single" w:sz="4" w:space="0" w:color="auto"/>
            </w:tcBorders>
          </w:tcPr>
          <w:p w14:paraId="727C8A71" w14:textId="2C02E3EB" w:rsidR="00C64174" w:rsidRPr="007A1CF2" w:rsidRDefault="00C64174" w:rsidP="00EC7FCE">
            <w:pPr>
              <w:rPr>
                <w:rFonts w:asciiTheme="majorHAnsi" w:hAnsiTheme="majorHAnsi" w:cstheme="majorHAnsi"/>
                <w:noProof/>
              </w:rPr>
            </w:pPr>
          </w:p>
          <w:p w14:paraId="2ED7FC20" w14:textId="77777777" w:rsidR="00C64174" w:rsidRPr="007A1CF2" w:rsidRDefault="00C64174" w:rsidP="00EC7FCE">
            <w:pPr>
              <w:rPr>
                <w:rFonts w:asciiTheme="majorHAnsi" w:hAnsiTheme="majorHAnsi" w:cstheme="majorHAnsi"/>
                <w:noProof/>
              </w:rPr>
            </w:pPr>
          </w:p>
          <w:p w14:paraId="344CEA94" w14:textId="77777777" w:rsidR="00C64174" w:rsidRDefault="00C64174" w:rsidP="00EC7FCE">
            <w:pPr>
              <w:rPr>
                <w:rFonts w:asciiTheme="majorHAnsi" w:hAnsiTheme="majorHAnsi" w:cstheme="majorHAnsi"/>
                <w:noProof/>
              </w:rPr>
            </w:pPr>
          </w:p>
          <w:p w14:paraId="7B3BBEEF" w14:textId="77777777" w:rsidR="007A1CF2" w:rsidRPr="007A1CF2" w:rsidRDefault="007A1CF2" w:rsidP="00EC7FCE">
            <w:pPr>
              <w:rPr>
                <w:rFonts w:asciiTheme="majorHAnsi" w:hAnsiTheme="majorHAnsi" w:cstheme="majorHAnsi"/>
                <w:noProof/>
              </w:rPr>
            </w:pPr>
          </w:p>
          <w:p w14:paraId="5686D23D" w14:textId="77777777" w:rsidR="00C64174" w:rsidRPr="007A1CF2" w:rsidRDefault="00C64174" w:rsidP="00EC7FCE">
            <w:pPr>
              <w:rPr>
                <w:rFonts w:asciiTheme="majorHAnsi" w:hAnsiTheme="majorHAnsi" w:cstheme="majorHAnsi"/>
                <w:noProof/>
              </w:rPr>
            </w:pPr>
          </w:p>
        </w:tc>
        <w:tc>
          <w:tcPr>
            <w:tcW w:w="1664" w:type="dxa"/>
            <w:vMerge w:val="restart"/>
            <w:tcBorders>
              <w:top w:val="single" w:sz="4" w:space="0" w:color="auto"/>
              <w:left w:val="nil"/>
            </w:tcBorders>
          </w:tcPr>
          <w:p w14:paraId="0D3C5A49" w14:textId="05EE7B40" w:rsidR="00C64174" w:rsidRPr="007A1CF2" w:rsidRDefault="00C64174" w:rsidP="00EC7FCE">
            <w:pPr>
              <w:rPr>
                <w:rFonts w:asciiTheme="majorHAnsi" w:hAnsiTheme="majorHAnsi" w:cstheme="majorHAnsi"/>
                <w:noProof/>
              </w:rPr>
            </w:pPr>
          </w:p>
          <w:p w14:paraId="5F605A1D" w14:textId="77777777" w:rsidR="00C64174" w:rsidRPr="007A1CF2" w:rsidRDefault="00C64174" w:rsidP="00EC7FCE">
            <w:pPr>
              <w:rPr>
                <w:rFonts w:asciiTheme="majorHAnsi" w:hAnsiTheme="majorHAnsi" w:cstheme="majorHAnsi"/>
                <w:noProof/>
              </w:rPr>
            </w:pPr>
          </w:p>
        </w:tc>
      </w:tr>
      <w:tr w:rsidR="00C64174" w:rsidRPr="007A1CF2" w14:paraId="28FD35F0" w14:textId="77777777" w:rsidTr="00EC7FCE">
        <w:trPr>
          <w:cantSplit/>
        </w:trPr>
        <w:tc>
          <w:tcPr>
            <w:tcW w:w="2268" w:type="dxa"/>
            <w:gridSpan w:val="2"/>
            <w:tcBorders>
              <w:top w:val="nil"/>
              <w:right w:val="nil"/>
            </w:tcBorders>
          </w:tcPr>
          <w:p w14:paraId="2D571514" w14:textId="77777777" w:rsidR="00C64174" w:rsidRPr="007A1CF2" w:rsidRDefault="00C64174" w:rsidP="00EC7FCE">
            <w:pPr>
              <w:rPr>
                <w:rFonts w:asciiTheme="majorHAnsi" w:hAnsiTheme="majorHAnsi" w:cstheme="majorHAnsi"/>
                <w:b/>
                <w:noProof/>
              </w:rPr>
            </w:pPr>
            <w:r w:rsidRPr="007A1CF2">
              <w:rPr>
                <w:rFonts w:asciiTheme="majorHAnsi" w:hAnsiTheme="majorHAnsi" w:cstheme="majorHAnsi"/>
                <w:b/>
                <w:noProof/>
              </w:rPr>
              <w:t>Employer &amp; Address</w:t>
            </w:r>
          </w:p>
        </w:tc>
        <w:tc>
          <w:tcPr>
            <w:tcW w:w="5245" w:type="dxa"/>
            <w:vMerge/>
            <w:tcBorders>
              <w:left w:val="single" w:sz="4" w:space="0" w:color="auto"/>
              <w:right w:val="single" w:sz="4" w:space="0" w:color="auto"/>
            </w:tcBorders>
          </w:tcPr>
          <w:p w14:paraId="00D05CBD" w14:textId="77777777" w:rsidR="00C64174" w:rsidRPr="007A1CF2" w:rsidRDefault="00C64174" w:rsidP="00EC7FCE">
            <w:pPr>
              <w:rPr>
                <w:rFonts w:asciiTheme="majorHAnsi" w:hAnsiTheme="majorHAnsi" w:cstheme="majorHAnsi"/>
                <w:noProof/>
              </w:rPr>
            </w:pPr>
          </w:p>
        </w:tc>
        <w:tc>
          <w:tcPr>
            <w:tcW w:w="1664" w:type="dxa"/>
            <w:vMerge/>
            <w:tcBorders>
              <w:left w:val="nil"/>
            </w:tcBorders>
          </w:tcPr>
          <w:p w14:paraId="5482622D" w14:textId="77777777" w:rsidR="00C64174" w:rsidRPr="007A1CF2" w:rsidRDefault="00C64174" w:rsidP="00EC7FCE">
            <w:pPr>
              <w:rPr>
                <w:rFonts w:asciiTheme="majorHAnsi" w:hAnsiTheme="majorHAnsi" w:cstheme="majorHAnsi"/>
                <w:noProof/>
              </w:rPr>
            </w:pPr>
          </w:p>
        </w:tc>
      </w:tr>
      <w:tr w:rsidR="00C64174" w:rsidRPr="007A1CF2" w14:paraId="38D30FBD" w14:textId="77777777" w:rsidTr="00EC7FCE">
        <w:trPr>
          <w:cantSplit/>
        </w:trPr>
        <w:tc>
          <w:tcPr>
            <w:tcW w:w="2268" w:type="dxa"/>
            <w:gridSpan w:val="2"/>
            <w:tcBorders>
              <w:bottom w:val="single" w:sz="4" w:space="0" w:color="auto"/>
              <w:right w:val="nil"/>
            </w:tcBorders>
          </w:tcPr>
          <w:p w14:paraId="27587439" w14:textId="2F42AD66" w:rsidR="00C64174" w:rsidRPr="007A1CF2" w:rsidRDefault="00C64174" w:rsidP="00EC7FCE">
            <w:pPr>
              <w:rPr>
                <w:rFonts w:asciiTheme="majorHAnsi" w:hAnsiTheme="majorHAnsi" w:cstheme="majorHAnsi"/>
                <w:noProof/>
              </w:rPr>
            </w:pPr>
          </w:p>
        </w:tc>
        <w:tc>
          <w:tcPr>
            <w:tcW w:w="5245" w:type="dxa"/>
            <w:vMerge/>
            <w:tcBorders>
              <w:left w:val="single" w:sz="4" w:space="0" w:color="auto"/>
              <w:bottom w:val="single" w:sz="4" w:space="0" w:color="auto"/>
              <w:right w:val="single" w:sz="4" w:space="0" w:color="auto"/>
            </w:tcBorders>
          </w:tcPr>
          <w:p w14:paraId="076F7358" w14:textId="77777777" w:rsidR="00C64174" w:rsidRPr="007A1CF2" w:rsidRDefault="00C64174" w:rsidP="00EC7FCE">
            <w:pPr>
              <w:rPr>
                <w:rFonts w:asciiTheme="majorHAnsi" w:hAnsiTheme="majorHAnsi" w:cstheme="majorHAnsi"/>
                <w:noProof/>
              </w:rPr>
            </w:pPr>
          </w:p>
        </w:tc>
        <w:tc>
          <w:tcPr>
            <w:tcW w:w="1664" w:type="dxa"/>
            <w:vMerge/>
            <w:tcBorders>
              <w:left w:val="nil"/>
              <w:bottom w:val="single" w:sz="4" w:space="0" w:color="auto"/>
            </w:tcBorders>
          </w:tcPr>
          <w:p w14:paraId="59A8B921" w14:textId="77777777" w:rsidR="00C64174" w:rsidRPr="007A1CF2" w:rsidRDefault="00C64174" w:rsidP="00EC7FCE">
            <w:pPr>
              <w:rPr>
                <w:rFonts w:asciiTheme="majorHAnsi" w:hAnsiTheme="majorHAnsi" w:cstheme="majorHAnsi"/>
                <w:noProof/>
              </w:rPr>
            </w:pPr>
          </w:p>
        </w:tc>
      </w:tr>
      <w:tr w:rsidR="00C64174" w:rsidRPr="007A1CF2" w14:paraId="18E56BCE" w14:textId="77777777" w:rsidTr="00EC7FCE">
        <w:trPr>
          <w:cantSplit/>
        </w:trPr>
        <w:tc>
          <w:tcPr>
            <w:tcW w:w="851" w:type="dxa"/>
            <w:tcBorders>
              <w:top w:val="single" w:sz="4" w:space="0" w:color="auto"/>
              <w:bottom w:val="single" w:sz="4" w:space="0" w:color="auto"/>
              <w:right w:val="single" w:sz="4" w:space="0" w:color="auto"/>
            </w:tcBorders>
          </w:tcPr>
          <w:p w14:paraId="140F9CF4" w14:textId="77777777" w:rsidR="00C64174" w:rsidRPr="007A1CF2" w:rsidRDefault="00C64174" w:rsidP="00EC7FCE">
            <w:pPr>
              <w:rPr>
                <w:rFonts w:asciiTheme="majorHAnsi" w:hAnsiTheme="majorHAnsi" w:cstheme="majorHAnsi"/>
                <w:b/>
                <w:noProof/>
              </w:rPr>
            </w:pPr>
            <w:r w:rsidRPr="007A1CF2">
              <w:rPr>
                <w:rFonts w:asciiTheme="majorHAnsi" w:hAnsiTheme="majorHAnsi" w:cstheme="majorHAnsi"/>
                <w:b/>
                <w:noProof/>
              </w:rPr>
              <w:t>From</w:t>
            </w:r>
          </w:p>
        </w:tc>
        <w:tc>
          <w:tcPr>
            <w:tcW w:w="1417" w:type="dxa"/>
            <w:tcBorders>
              <w:top w:val="single" w:sz="4" w:space="0" w:color="auto"/>
              <w:left w:val="single" w:sz="4" w:space="0" w:color="auto"/>
              <w:bottom w:val="single" w:sz="4" w:space="0" w:color="auto"/>
              <w:right w:val="nil"/>
            </w:tcBorders>
          </w:tcPr>
          <w:p w14:paraId="36050792" w14:textId="77777777" w:rsidR="00C64174" w:rsidRPr="007A1CF2" w:rsidRDefault="00C64174" w:rsidP="00EC7FCE">
            <w:pPr>
              <w:rPr>
                <w:rFonts w:asciiTheme="majorHAnsi" w:hAnsiTheme="majorHAnsi" w:cstheme="majorHAnsi"/>
                <w:b/>
                <w:noProof/>
              </w:rPr>
            </w:pPr>
            <w:r w:rsidRPr="007A1CF2">
              <w:rPr>
                <w:rFonts w:asciiTheme="majorHAnsi" w:hAnsiTheme="majorHAnsi" w:cstheme="majorHAnsi"/>
                <w:b/>
                <w:noProof/>
              </w:rPr>
              <w:t>To</w:t>
            </w:r>
          </w:p>
        </w:tc>
        <w:tc>
          <w:tcPr>
            <w:tcW w:w="5245" w:type="dxa"/>
            <w:tcBorders>
              <w:top w:val="single" w:sz="4" w:space="0" w:color="auto"/>
              <w:left w:val="single" w:sz="4" w:space="0" w:color="auto"/>
              <w:bottom w:val="single" w:sz="4" w:space="0" w:color="auto"/>
              <w:right w:val="single" w:sz="4" w:space="0" w:color="auto"/>
            </w:tcBorders>
          </w:tcPr>
          <w:p w14:paraId="7A003817" w14:textId="77777777" w:rsidR="00C64174" w:rsidRPr="007A1CF2" w:rsidRDefault="00C64174" w:rsidP="00EC7FCE">
            <w:pPr>
              <w:rPr>
                <w:rFonts w:asciiTheme="majorHAnsi" w:hAnsiTheme="majorHAnsi" w:cstheme="majorHAnsi"/>
                <w:noProof/>
              </w:rPr>
            </w:pPr>
          </w:p>
        </w:tc>
        <w:tc>
          <w:tcPr>
            <w:tcW w:w="1664" w:type="dxa"/>
            <w:tcBorders>
              <w:top w:val="single" w:sz="4" w:space="0" w:color="auto"/>
              <w:left w:val="nil"/>
              <w:bottom w:val="single" w:sz="4" w:space="0" w:color="auto"/>
            </w:tcBorders>
          </w:tcPr>
          <w:p w14:paraId="7574B234" w14:textId="77777777" w:rsidR="00C64174" w:rsidRPr="007A1CF2" w:rsidRDefault="00C64174" w:rsidP="00EC7FCE">
            <w:pPr>
              <w:rPr>
                <w:rFonts w:asciiTheme="majorHAnsi" w:hAnsiTheme="majorHAnsi" w:cstheme="majorHAnsi"/>
                <w:noProof/>
              </w:rPr>
            </w:pPr>
          </w:p>
        </w:tc>
      </w:tr>
      <w:tr w:rsidR="00C64174" w:rsidRPr="007A1CF2" w14:paraId="37624511" w14:textId="77777777" w:rsidTr="00EC7FCE">
        <w:trPr>
          <w:cantSplit/>
          <w:trHeight w:hRule="exact" w:val="280"/>
        </w:trPr>
        <w:tc>
          <w:tcPr>
            <w:tcW w:w="851" w:type="dxa"/>
            <w:tcBorders>
              <w:top w:val="single" w:sz="4" w:space="0" w:color="auto"/>
              <w:bottom w:val="single" w:sz="4" w:space="0" w:color="auto"/>
              <w:right w:val="single" w:sz="4" w:space="0" w:color="auto"/>
            </w:tcBorders>
          </w:tcPr>
          <w:p w14:paraId="34657B81" w14:textId="79F22823" w:rsidR="00C64174" w:rsidRPr="007A1CF2" w:rsidRDefault="00C64174" w:rsidP="00EC7FCE">
            <w:pPr>
              <w:rPr>
                <w:rFonts w:asciiTheme="majorHAnsi" w:hAnsiTheme="majorHAnsi" w:cstheme="majorHAnsi"/>
                <w:noProof/>
              </w:rPr>
            </w:pPr>
          </w:p>
        </w:tc>
        <w:tc>
          <w:tcPr>
            <w:tcW w:w="1417" w:type="dxa"/>
            <w:tcBorders>
              <w:top w:val="single" w:sz="4" w:space="0" w:color="auto"/>
              <w:left w:val="single" w:sz="4" w:space="0" w:color="auto"/>
              <w:bottom w:val="single" w:sz="4" w:space="0" w:color="auto"/>
              <w:right w:val="nil"/>
            </w:tcBorders>
          </w:tcPr>
          <w:p w14:paraId="343FCA26" w14:textId="59FAB35C" w:rsidR="00C64174" w:rsidRPr="007A1CF2" w:rsidRDefault="00C64174" w:rsidP="00EC7FCE">
            <w:pPr>
              <w:rPr>
                <w:rFonts w:asciiTheme="majorHAnsi" w:hAnsiTheme="majorHAnsi" w:cstheme="majorHAnsi"/>
                <w:noProof/>
              </w:rPr>
            </w:pPr>
          </w:p>
        </w:tc>
        <w:tc>
          <w:tcPr>
            <w:tcW w:w="5245" w:type="dxa"/>
            <w:vMerge w:val="restart"/>
            <w:tcBorders>
              <w:top w:val="single" w:sz="4" w:space="0" w:color="auto"/>
              <w:left w:val="single" w:sz="4" w:space="0" w:color="auto"/>
              <w:right w:val="single" w:sz="4" w:space="0" w:color="auto"/>
            </w:tcBorders>
          </w:tcPr>
          <w:p w14:paraId="0E3AD5D2" w14:textId="01BFB8F3" w:rsidR="00C64174" w:rsidRPr="007A1CF2" w:rsidRDefault="00C64174" w:rsidP="00EC7FCE">
            <w:pPr>
              <w:rPr>
                <w:rFonts w:asciiTheme="majorHAnsi" w:hAnsiTheme="majorHAnsi" w:cstheme="majorHAnsi"/>
                <w:noProof/>
              </w:rPr>
            </w:pPr>
          </w:p>
          <w:p w14:paraId="73C6A117" w14:textId="77777777" w:rsidR="00C64174" w:rsidRDefault="00C64174" w:rsidP="00EC7FCE">
            <w:pPr>
              <w:rPr>
                <w:rFonts w:asciiTheme="majorHAnsi" w:hAnsiTheme="majorHAnsi" w:cstheme="majorHAnsi"/>
                <w:noProof/>
              </w:rPr>
            </w:pPr>
          </w:p>
          <w:p w14:paraId="0F1B8CAE" w14:textId="77777777" w:rsidR="007A1CF2" w:rsidRDefault="007A1CF2" w:rsidP="00EC7FCE">
            <w:pPr>
              <w:rPr>
                <w:rFonts w:asciiTheme="majorHAnsi" w:hAnsiTheme="majorHAnsi" w:cstheme="majorHAnsi"/>
                <w:noProof/>
              </w:rPr>
            </w:pPr>
          </w:p>
          <w:p w14:paraId="61D47DA4" w14:textId="77777777" w:rsidR="007A1CF2" w:rsidRDefault="007A1CF2" w:rsidP="00EC7FCE">
            <w:pPr>
              <w:rPr>
                <w:rFonts w:asciiTheme="majorHAnsi" w:hAnsiTheme="majorHAnsi" w:cstheme="majorHAnsi"/>
                <w:noProof/>
              </w:rPr>
            </w:pPr>
          </w:p>
          <w:p w14:paraId="02298DBE" w14:textId="77777777" w:rsidR="007A1CF2" w:rsidRPr="007A1CF2" w:rsidRDefault="007A1CF2" w:rsidP="00EC7FCE">
            <w:pPr>
              <w:rPr>
                <w:rFonts w:asciiTheme="majorHAnsi" w:hAnsiTheme="majorHAnsi" w:cstheme="majorHAnsi"/>
                <w:noProof/>
              </w:rPr>
            </w:pPr>
          </w:p>
        </w:tc>
        <w:tc>
          <w:tcPr>
            <w:tcW w:w="1664" w:type="dxa"/>
            <w:vMerge w:val="restart"/>
            <w:tcBorders>
              <w:top w:val="single" w:sz="4" w:space="0" w:color="auto"/>
              <w:left w:val="nil"/>
            </w:tcBorders>
          </w:tcPr>
          <w:p w14:paraId="0F2F6B32" w14:textId="332704AA" w:rsidR="00C64174" w:rsidRPr="007A1CF2" w:rsidRDefault="00C64174" w:rsidP="00EC7FCE">
            <w:pPr>
              <w:rPr>
                <w:rFonts w:asciiTheme="majorHAnsi" w:hAnsiTheme="majorHAnsi" w:cstheme="majorHAnsi"/>
                <w:noProof/>
              </w:rPr>
            </w:pPr>
          </w:p>
          <w:p w14:paraId="29302759" w14:textId="77777777" w:rsidR="00C64174" w:rsidRPr="007A1CF2" w:rsidRDefault="00C64174" w:rsidP="00EC7FCE">
            <w:pPr>
              <w:rPr>
                <w:rFonts w:asciiTheme="majorHAnsi" w:hAnsiTheme="majorHAnsi" w:cstheme="majorHAnsi"/>
                <w:noProof/>
              </w:rPr>
            </w:pPr>
          </w:p>
        </w:tc>
      </w:tr>
      <w:tr w:rsidR="00C64174" w:rsidRPr="007A1CF2" w14:paraId="627743C4" w14:textId="77777777" w:rsidTr="00EC7FCE">
        <w:trPr>
          <w:cantSplit/>
        </w:trPr>
        <w:tc>
          <w:tcPr>
            <w:tcW w:w="2268" w:type="dxa"/>
            <w:gridSpan w:val="2"/>
            <w:tcBorders>
              <w:top w:val="nil"/>
              <w:right w:val="nil"/>
            </w:tcBorders>
          </w:tcPr>
          <w:p w14:paraId="50007ECF" w14:textId="77777777" w:rsidR="00C64174" w:rsidRPr="007A1CF2" w:rsidRDefault="00C64174" w:rsidP="00EC7FCE">
            <w:pPr>
              <w:rPr>
                <w:rFonts w:asciiTheme="majorHAnsi" w:hAnsiTheme="majorHAnsi" w:cstheme="majorHAnsi"/>
                <w:b/>
                <w:noProof/>
              </w:rPr>
            </w:pPr>
            <w:r w:rsidRPr="007A1CF2">
              <w:rPr>
                <w:rFonts w:asciiTheme="majorHAnsi" w:hAnsiTheme="majorHAnsi" w:cstheme="majorHAnsi"/>
                <w:b/>
                <w:noProof/>
              </w:rPr>
              <w:t>Employer &amp; Address</w:t>
            </w:r>
          </w:p>
        </w:tc>
        <w:tc>
          <w:tcPr>
            <w:tcW w:w="5245" w:type="dxa"/>
            <w:vMerge/>
            <w:tcBorders>
              <w:left w:val="single" w:sz="4" w:space="0" w:color="auto"/>
              <w:right w:val="single" w:sz="4" w:space="0" w:color="auto"/>
            </w:tcBorders>
          </w:tcPr>
          <w:p w14:paraId="3E0D98AD" w14:textId="77777777" w:rsidR="00C64174" w:rsidRPr="007A1CF2" w:rsidRDefault="00C64174" w:rsidP="00EC7FCE">
            <w:pPr>
              <w:rPr>
                <w:rFonts w:asciiTheme="majorHAnsi" w:hAnsiTheme="majorHAnsi" w:cstheme="majorHAnsi"/>
                <w:noProof/>
              </w:rPr>
            </w:pPr>
          </w:p>
        </w:tc>
        <w:tc>
          <w:tcPr>
            <w:tcW w:w="1664" w:type="dxa"/>
            <w:vMerge/>
            <w:tcBorders>
              <w:left w:val="nil"/>
            </w:tcBorders>
          </w:tcPr>
          <w:p w14:paraId="2AA6F7A5" w14:textId="77777777" w:rsidR="00C64174" w:rsidRPr="007A1CF2" w:rsidRDefault="00C64174" w:rsidP="00EC7FCE">
            <w:pPr>
              <w:rPr>
                <w:rFonts w:asciiTheme="majorHAnsi" w:hAnsiTheme="majorHAnsi" w:cstheme="majorHAnsi"/>
                <w:noProof/>
              </w:rPr>
            </w:pPr>
          </w:p>
        </w:tc>
      </w:tr>
      <w:tr w:rsidR="00C64174" w:rsidRPr="007A1CF2" w14:paraId="23BC1BED" w14:textId="77777777" w:rsidTr="00EC7FCE">
        <w:trPr>
          <w:cantSplit/>
        </w:trPr>
        <w:tc>
          <w:tcPr>
            <w:tcW w:w="2268" w:type="dxa"/>
            <w:gridSpan w:val="2"/>
            <w:tcBorders>
              <w:bottom w:val="single" w:sz="4" w:space="0" w:color="auto"/>
              <w:right w:val="nil"/>
            </w:tcBorders>
          </w:tcPr>
          <w:p w14:paraId="146F9358" w14:textId="7AEAC50C" w:rsidR="00C64174" w:rsidRPr="007A1CF2" w:rsidRDefault="00C64174" w:rsidP="00EC7FCE">
            <w:pPr>
              <w:rPr>
                <w:rFonts w:asciiTheme="majorHAnsi" w:hAnsiTheme="majorHAnsi" w:cstheme="majorHAnsi"/>
                <w:noProof/>
              </w:rPr>
            </w:pPr>
          </w:p>
          <w:p w14:paraId="177441FB" w14:textId="77777777" w:rsidR="00C64174" w:rsidRPr="007A1CF2" w:rsidRDefault="00C64174" w:rsidP="00EC7FCE">
            <w:pPr>
              <w:rPr>
                <w:rFonts w:asciiTheme="majorHAnsi" w:hAnsiTheme="majorHAnsi" w:cstheme="majorHAnsi"/>
                <w:noProof/>
              </w:rPr>
            </w:pPr>
          </w:p>
          <w:p w14:paraId="64E258EA" w14:textId="77777777" w:rsidR="00C64174" w:rsidRPr="007A1CF2" w:rsidRDefault="00C64174" w:rsidP="00EC7FCE">
            <w:pPr>
              <w:rPr>
                <w:rFonts w:asciiTheme="majorHAnsi" w:hAnsiTheme="majorHAnsi" w:cstheme="majorHAnsi"/>
                <w:noProof/>
              </w:rPr>
            </w:pPr>
          </w:p>
        </w:tc>
        <w:tc>
          <w:tcPr>
            <w:tcW w:w="5245" w:type="dxa"/>
            <w:vMerge/>
            <w:tcBorders>
              <w:left w:val="single" w:sz="4" w:space="0" w:color="auto"/>
              <w:bottom w:val="single" w:sz="4" w:space="0" w:color="auto"/>
              <w:right w:val="single" w:sz="4" w:space="0" w:color="auto"/>
            </w:tcBorders>
          </w:tcPr>
          <w:p w14:paraId="5A79E312" w14:textId="77777777" w:rsidR="00C64174" w:rsidRPr="007A1CF2" w:rsidRDefault="00C64174" w:rsidP="00EC7FCE">
            <w:pPr>
              <w:rPr>
                <w:rFonts w:asciiTheme="majorHAnsi" w:hAnsiTheme="majorHAnsi" w:cstheme="majorHAnsi"/>
                <w:noProof/>
              </w:rPr>
            </w:pPr>
          </w:p>
        </w:tc>
        <w:tc>
          <w:tcPr>
            <w:tcW w:w="1664" w:type="dxa"/>
            <w:vMerge/>
            <w:tcBorders>
              <w:left w:val="nil"/>
              <w:bottom w:val="single" w:sz="4" w:space="0" w:color="auto"/>
            </w:tcBorders>
          </w:tcPr>
          <w:p w14:paraId="1109101E" w14:textId="77777777" w:rsidR="00C64174" w:rsidRPr="007A1CF2" w:rsidRDefault="00C64174" w:rsidP="00EC7FCE">
            <w:pPr>
              <w:rPr>
                <w:rFonts w:asciiTheme="majorHAnsi" w:hAnsiTheme="majorHAnsi" w:cstheme="majorHAnsi"/>
                <w:noProof/>
              </w:rPr>
            </w:pPr>
          </w:p>
        </w:tc>
      </w:tr>
    </w:tbl>
    <w:p w14:paraId="3B9E56F7" w14:textId="77777777" w:rsidR="00C64174" w:rsidRDefault="00C64174" w:rsidP="00C64174">
      <w:pPr>
        <w:jc w:val="right"/>
        <w:rPr>
          <w:noProof/>
          <w:sz w:val="16"/>
        </w:rPr>
      </w:pPr>
      <w:r w:rsidRPr="00340C5E">
        <w:rPr>
          <w:noProof/>
          <w:sz w:val="16"/>
        </w:rPr>
        <w:t>Please continue on a separate sheet if necessary</w:t>
      </w:r>
    </w:p>
    <w:p w14:paraId="4205D6E7" w14:textId="06645F83" w:rsidR="00C64174" w:rsidRDefault="0030365C" w:rsidP="00830678">
      <w:pPr>
        <w:spacing w:after="0"/>
        <w:rPr>
          <w:rFonts w:asciiTheme="majorHAnsi" w:eastAsia="Arial" w:hAnsiTheme="majorHAnsi" w:cstheme="majorHAnsi"/>
          <w:b/>
          <w:bCs/>
          <w:color w:val="004D40"/>
          <w:sz w:val="28"/>
          <w:szCs w:val="28"/>
        </w:rPr>
      </w:pPr>
      <w:r w:rsidRPr="0030365C">
        <w:rPr>
          <w:rFonts w:asciiTheme="majorHAnsi" w:eastAsia="Arial" w:hAnsiTheme="majorHAnsi" w:cstheme="majorHAnsi"/>
          <w:b/>
          <w:bCs/>
          <w:color w:val="004D40"/>
          <w:sz w:val="28"/>
          <w:szCs w:val="28"/>
        </w:rPr>
        <w:lastRenderedPageBreak/>
        <w:t>GAPS IN EMPLOYMENT</w:t>
      </w:r>
    </w:p>
    <w:p w14:paraId="465EA8C0" w14:textId="22DCAA85" w:rsidR="00830678" w:rsidRPr="0030365C" w:rsidRDefault="0089264A" w:rsidP="00830678">
      <w:pPr>
        <w:spacing w:after="0"/>
        <w:rPr>
          <w:rFonts w:asciiTheme="majorHAnsi" w:hAnsiTheme="majorHAnsi" w:cstheme="majorHAnsi"/>
          <w:b/>
          <w:bCs/>
          <w:sz w:val="20"/>
        </w:rPr>
      </w:pPr>
      <w:r>
        <w:rPr>
          <w:rFonts w:asciiTheme="majorHAnsi" w:hAnsiTheme="majorHAnsi" w:cstheme="majorHAnsi"/>
        </w:rPr>
        <w:pict w14:anchorId="387CB29B">
          <v:rect id="_x0000_i1032" style="width:0;height:1.5pt" o:hralign="center" o:hrstd="t" o:hr="t" fillcolor="#a0a0a0" stroked="f"/>
        </w:pict>
      </w:r>
    </w:p>
    <w:p w14:paraId="6DD1875B" w14:textId="77777777" w:rsidR="00830678" w:rsidRPr="0030365C" w:rsidRDefault="00830678" w:rsidP="00830678">
      <w:pPr>
        <w:spacing w:after="0"/>
        <w:ind w:right="-285"/>
        <w:rPr>
          <w:rFonts w:asciiTheme="majorHAnsi" w:hAnsiTheme="majorHAnsi" w:cstheme="majorHAnsi"/>
          <w:noProof/>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7"/>
      </w:tblGrid>
      <w:tr w:rsidR="00C64174" w14:paraId="0FDDF8B3" w14:textId="77777777" w:rsidTr="00EC7FCE">
        <w:tc>
          <w:tcPr>
            <w:tcW w:w="9287" w:type="dxa"/>
          </w:tcPr>
          <w:p w14:paraId="60C8FE7C" w14:textId="77777777" w:rsidR="00830678" w:rsidRDefault="00830678" w:rsidP="00830678">
            <w:pPr>
              <w:spacing w:after="0"/>
              <w:ind w:right="-285"/>
              <w:rPr>
                <w:rFonts w:asciiTheme="majorHAnsi" w:hAnsiTheme="majorHAnsi" w:cstheme="majorHAnsi"/>
                <w:noProof/>
                <w:sz w:val="16"/>
              </w:rPr>
            </w:pPr>
            <w:r w:rsidRPr="0030365C">
              <w:rPr>
                <w:rFonts w:asciiTheme="majorHAnsi" w:hAnsiTheme="majorHAnsi" w:cstheme="majorHAnsi"/>
                <w:sz w:val="16"/>
              </w:rPr>
              <w:t xml:space="preserve">Please ensure that your employment dates include the day of each month (Day/Month/Year).  Please use the box </w:t>
            </w:r>
            <w:r w:rsidRPr="0030365C">
              <w:rPr>
                <w:rFonts w:asciiTheme="majorHAnsi" w:hAnsiTheme="majorHAnsi" w:cstheme="majorHAnsi"/>
                <w:noProof/>
                <w:sz w:val="16"/>
              </w:rPr>
              <w:t>below to explain any gaps between the dates of employment.</w:t>
            </w:r>
          </w:p>
          <w:p w14:paraId="581234B9" w14:textId="6EB2EA07" w:rsidR="00C64174" w:rsidRDefault="00C64174" w:rsidP="00EC7FCE">
            <w:pPr>
              <w:rPr>
                <w:noProof/>
                <w:color w:val="800080"/>
                <w:sz w:val="16"/>
              </w:rPr>
            </w:pPr>
          </w:p>
          <w:p w14:paraId="4D7D8462" w14:textId="77777777" w:rsidR="00C64174" w:rsidRDefault="00C64174" w:rsidP="00EC7FCE">
            <w:pPr>
              <w:rPr>
                <w:noProof/>
                <w:color w:val="800080"/>
                <w:sz w:val="16"/>
              </w:rPr>
            </w:pPr>
          </w:p>
          <w:p w14:paraId="634C8202" w14:textId="77777777" w:rsidR="00C64174" w:rsidRDefault="00C64174" w:rsidP="00EC7FCE">
            <w:pPr>
              <w:rPr>
                <w:noProof/>
                <w:color w:val="800080"/>
                <w:sz w:val="16"/>
              </w:rPr>
            </w:pPr>
          </w:p>
          <w:p w14:paraId="092481D6" w14:textId="77777777" w:rsidR="00C64174" w:rsidRDefault="00C64174" w:rsidP="00EC7FCE">
            <w:pPr>
              <w:rPr>
                <w:noProof/>
                <w:color w:val="800080"/>
                <w:sz w:val="16"/>
              </w:rPr>
            </w:pPr>
          </w:p>
          <w:p w14:paraId="5895B2ED" w14:textId="77777777" w:rsidR="00C64174" w:rsidRDefault="00C64174" w:rsidP="00EC7FCE">
            <w:pPr>
              <w:rPr>
                <w:noProof/>
                <w:color w:val="800080"/>
                <w:sz w:val="16"/>
              </w:rPr>
            </w:pPr>
          </w:p>
          <w:p w14:paraId="01FE132E" w14:textId="77777777" w:rsidR="00C64174" w:rsidRDefault="00C64174" w:rsidP="00EC7FCE">
            <w:pPr>
              <w:rPr>
                <w:noProof/>
                <w:color w:val="800080"/>
                <w:sz w:val="16"/>
              </w:rPr>
            </w:pPr>
          </w:p>
          <w:p w14:paraId="0B328077" w14:textId="77777777" w:rsidR="00C64174" w:rsidRDefault="00C64174" w:rsidP="00EC7FCE">
            <w:pPr>
              <w:rPr>
                <w:noProof/>
                <w:color w:val="800080"/>
                <w:sz w:val="16"/>
              </w:rPr>
            </w:pPr>
          </w:p>
          <w:p w14:paraId="2B7703EA" w14:textId="77777777" w:rsidR="00C64174" w:rsidRDefault="00C64174" w:rsidP="00EC7FCE">
            <w:pPr>
              <w:rPr>
                <w:noProof/>
                <w:color w:val="800080"/>
                <w:sz w:val="16"/>
              </w:rPr>
            </w:pPr>
          </w:p>
        </w:tc>
      </w:tr>
    </w:tbl>
    <w:p w14:paraId="06306B33" w14:textId="77777777" w:rsidR="00830678" w:rsidRDefault="00830678" w:rsidP="0030365C">
      <w:pPr>
        <w:spacing w:after="0" w:line="240" w:lineRule="auto"/>
        <w:rPr>
          <w:rFonts w:asciiTheme="majorHAnsi" w:eastAsia="Arial" w:hAnsiTheme="majorHAnsi" w:cstheme="majorHAnsi"/>
          <w:b/>
          <w:bCs/>
          <w:color w:val="004D40"/>
          <w:sz w:val="28"/>
          <w:szCs w:val="28"/>
        </w:rPr>
      </w:pPr>
    </w:p>
    <w:p w14:paraId="6772FDA0" w14:textId="1A428D38" w:rsidR="0030365C" w:rsidRPr="0030365C" w:rsidRDefault="0030365C" w:rsidP="0030365C">
      <w:pPr>
        <w:spacing w:after="0" w:line="240" w:lineRule="auto"/>
        <w:rPr>
          <w:rFonts w:asciiTheme="majorHAnsi" w:hAnsiTheme="majorHAnsi" w:cstheme="majorHAnsi"/>
          <w:b/>
          <w:bCs/>
          <w:sz w:val="20"/>
        </w:rPr>
      </w:pPr>
      <w:r>
        <w:rPr>
          <w:rFonts w:asciiTheme="majorHAnsi" w:eastAsia="Arial" w:hAnsiTheme="majorHAnsi" w:cstheme="majorHAnsi"/>
          <w:b/>
          <w:bCs/>
          <w:color w:val="004D40"/>
          <w:sz w:val="28"/>
          <w:szCs w:val="28"/>
        </w:rPr>
        <w:t>VOLUNTARY OR UNPAID WORK UNDERTAKEN (if any)</w:t>
      </w:r>
    </w:p>
    <w:p w14:paraId="71A54200" w14:textId="77777777" w:rsidR="00C64174" w:rsidRDefault="00C64174" w:rsidP="0030365C">
      <w:pPr>
        <w:spacing w:after="0" w:line="240" w:lineRule="auto"/>
        <w:rPr>
          <w:rFonts w:ascii="Calibri" w:hAnsi="Calibri" w:cs="Calibri"/>
          <w:sz w:val="16"/>
        </w:rPr>
      </w:pPr>
      <w:r w:rsidRPr="0030365C">
        <w:rPr>
          <w:rFonts w:ascii="Calibri" w:hAnsi="Calibri" w:cs="Calibri"/>
          <w:sz w:val="16"/>
        </w:rPr>
        <w:t xml:space="preserve">(This may not </w:t>
      </w:r>
      <w:proofErr w:type="gramStart"/>
      <w:r w:rsidRPr="0030365C">
        <w:rPr>
          <w:rFonts w:ascii="Calibri" w:hAnsi="Calibri" w:cs="Calibri"/>
          <w:sz w:val="16"/>
        </w:rPr>
        <w:t>be connected with</w:t>
      </w:r>
      <w:proofErr w:type="gramEnd"/>
      <w:r w:rsidRPr="0030365C">
        <w:rPr>
          <w:rFonts w:ascii="Calibri" w:hAnsi="Calibri" w:cs="Calibri"/>
          <w:sz w:val="16"/>
        </w:rPr>
        <w:t xml:space="preserve"> the post applied for, but may still be relevant)</w:t>
      </w:r>
    </w:p>
    <w:p w14:paraId="5280EE3B" w14:textId="77777777" w:rsidR="00414169" w:rsidRPr="0030365C" w:rsidRDefault="0089264A" w:rsidP="00414169">
      <w:pPr>
        <w:spacing w:after="0"/>
        <w:rPr>
          <w:rFonts w:asciiTheme="majorHAnsi" w:hAnsiTheme="majorHAnsi" w:cstheme="majorHAnsi"/>
          <w:b/>
          <w:bCs/>
          <w:sz w:val="20"/>
        </w:rPr>
      </w:pPr>
      <w:r>
        <w:rPr>
          <w:rFonts w:asciiTheme="majorHAnsi" w:hAnsiTheme="majorHAnsi" w:cstheme="majorHAnsi"/>
        </w:rPr>
        <w:pict w14:anchorId="38CE041F">
          <v:rect id="_x0000_i1033" style="width:0;height:1.5pt" o:hralign="center" o:hrstd="t" o:hr="t" fillcolor="#a0a0a0" stroked="f"/>
        </w:pict>
      </w:r>
    </w:p>
    <w:p w14:paraId="3C1C62E7" w14:textId="77777777" w:rsidR="00414169" w:rsidRPr="0030365C" w:rsidRDefault="00414169" w:rsidP="0030365C">
      <w:pPr>
        <w:spacing w:after="0" w:line="240" w:lineRule="auto"/>
        <w:rPr>
          <w:rFonts w:ascii="Calibri" w:hAnsi="Calibri" w:cs="Calibri"/>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24"/>
      </w:tblGrid>
      <w:tr w:rsidR="00C64174" w:rsidRPr="00340C5E" w14:paraId="5F39F079" w14:textId="77777777" w:rsidTr="00EC7FCE">
        <w:trPr>
          <w:trHeight w:val="572"/>
        </w:trPr>
        <w:tc>
          <w:tcPr>
            <w:tcW w:w="9224" w:type="dxa"/>
          </w:tcPr>
          <w:p w14:paraId="6BE1DBB4" w14:textId="77777777" w:rsidR="00C64174" w:rsidRPr="00340C5E" w:rsidRDefault="00C64174" w:rsidP="00EC7FCE">
            <w:pPr>
              <w:rPr>
                <w:noProof/>
                <w:sz w:val="16"/>
              </w:rPr>
            </w:pPr>
            <w:r w:rsidRPr="00340C5E">
              <w:rPr>
                <w:noProof/>
                <w:sz w:val="16"/>
              </w:rPr>
              <w:fldChar w:fldCharType="begin">
                <w:ffData>
                  <w:name w:val="Text42"/>
                  <w:enabled/>
                  <w:calcOnExit w:val="0"/>
                  <w:textInput/>
                </w:ffData>
              </w:fldChar>
            </w:r>
            <w:bookmarkStart w:id="21" w:name="Text42"/>
            <w:r w:rsidRPr="00340C5E">
              <w:rPr>
                <w:noProof/>
                <w:sz w:val="16"/>
              </w:rPr>
              <w:instrText xml:space="preserve"> FORMTEXT </w:instrText>
            </w:r>
            <w:r w:rsidRPr="00340C5E">
              <w:rPr>
                <w:noProof/>
                <w:sz w:val="16"/>
              </w:rPr>
            </w:r>
            <w:r w:rsidRPr="00340C5E">
              <w:rPr>
                <w:noProof/>
                <w:sz w:val="16"/>
              </w:rPr>
              <w:fldChar w:fldCharType="separate"/>
            </w:r>
            <w:r w:rsidRPr="00340C5E">
              <w:rPr>
                <w:noProof/>
                <w:sz w:val="16"/>
              </w:rPr>
              <w:t> </w:t>
            </w:r>
            <w:r w:rsidRPr="00340C5E">
              <w:rPr>
                <w:noProof/>
                <w:sz w:val="16"/>
              </w:rPr>
              <w:t> </w:t>
            </w:r>
            <w:r w:rsidRPr="00340C5E">
              <w:rPr>
                <w:noProof/>
                <w:sz w:val="16"/>
              </w:rPr>
              <w:t> </w:t>
            </w:r>
            <w:r w:rsidRPr="00340C5E">
              <w:rPr>
                <w:noProof/>
                <w:sz w:val="16"/>
              </w:rPr>
              <w:t> </w:t>
            </w:r>
            <w:r w:rsidRPr="00340C5E">
              <w:rPr>
                <w:noProof/>
                <w:sz w:val="16"/>
              </w:rPr>
              <w:t> </w:t>
            </w:r>
            <w:r w:rsidRPr="00340C5E">
              <w:rPr>
                <w:noProof/>
                <w:sz w:val="16"/>
              </w:rPr>
              <w:fldChar w:fldCharType="end"/>
            </w:r>
            <w:bookmarkEnd w:id="21"/>
          </w:p>
          <w:p w14:paraId="52B68333" w14:textId="77777777" w:rsidR="00C64174" w:rsidRPr="00340C5E" w:rsidRDefault="00C64174" w:rsidP="00EC7FCE">
            <w:pPr>
              <w:rPr>
                <w:noProof/>
                <w:sz w:val="16"/>
              </w:rPr>
            </w:pPr>
          </w:p>
          <w:p w14:paraId="3ED40A47" w14:textId="77777777" w:rsidR="00C64174" w:rsidRPr="00340C5E" w:rsidRDefault="00C64174" w:rsidP="00EC7FCE">
            <w:pPr>
              <w:rPr>
                <w:noProof/>
                <w:sz w:val="16"/>
              </w:rPr>
            </w:pPr>
          </w:p>
          <w:p w14:paraId="679B1BF5" w14:textId="77777777" w:rsidR="00C64174" w:rsidRPr="00340C5E" w:rsidRDefault="00C64174" w:rsidP="00EC7FCE">
            <w:pPr>
              <w:rPr>
                <w:noProof/>
                <w:sz w:val="16"/>
              </w:rPr>
            </w:pPr>
          </w:p>
          <w:p w14:paraId="448C81DC" w14:textId="77777777" w:rsidR="00C64174" w:rsidRPr="00340C5E" w:rsidRDefault="00C64174" w:rsidP="00EC7FCE">
            <w:pPr>
              <w:rPr>
                <w:noProof/>
                <w:sz w:val="16"/>
              </w:rPr>
            </w:pPr>
          </w:p>
          <w:p w14:paraId="5D5EB86D" w14:textId="77777777" w:rsidR="00C64174" w:rsidRPr="00340C5E" w:rsidRDefault="00C64174" w:rsidP="00EC7FCE">
            <w:pPr>
              <w:rPr>
                <w:noProof/>
                <w:sz w:val="16"/>
              </w:rPr>
            </w:pPr>
          </w:p>
          <w:p w14:paraId="15D60FD5" w14:textId="77777777" w:rsidR="00C64174" w:rsidRPr="00340C5E" w:rsidRDefault="00C64174" w:rsidP="00EC7FCE">
            <w:pPr>
              <w:rPr>
                <w:noProof/>
                <w:sz w:val="16"/>
              </w:rPr>
            </w:pPr>
          </w:p>
          <w:p w14:paraId="502A16E0" w14:textId="77777777" w:rsidR="00C64174" w:rsidRPr="00340C5E" w:rsidRDefault="00C64174" w:rsidP="00EC7FCE">
            <w:pPr>
              <w:rPr>
                <w:noProof/>
                <w:sz w:val="16"/>
              </w:rPr>
            </w:pPr>
          </w:p>
          <w:p w14:paraId="79BC6790" w14:textId="77777777" w:rsidR="00C64174" w:rsidRPr="00340C5E" w:rsidRDefault="00C64174" w:rsidP="00EC7FCE">
            <w:pPr>
              <w:rPr>
                <w:noProof/>
                <w:sz w:val="16"/>
              </w:rPr>
            </w:pPr>
          </w:p>
          <w:p w14:paraId="4BDDF77F" w14:textId="77777777" w:rsidR="00C64174" w:rsidRPr="00340C5E" w:rsidRDefault="00C64174" w:rsidP="00EC7FCE">
            <w:pPr>
              <w:rPr>
                <w:noProof/>
                <w:sz w:val="16"/>
              </w:rPr>
            </w:pPr>
          </w:p>
          <w:p w14:paraId="1D6CAA77" w14:textId="77777777" w:rsidR="00C64174" w:rsidRPr="00340C5E" w:rsidRDefault="00C64174" w:rsidP="00EC7FCE">
            <w:pPr>
              <w:rPr>
                <w:noProof/>
                <w:sz w:val="16"/>
              </w:rPr>
            </w:pPr>
          </w:p>
          <w:p w14:paraId="6CD45D36" w14:textId="77777777" w:rsidR="00C64174" w:rsidRPr="00340C5E" w:rsidRDefault="00C64174" w:rsidP="00EC7FCE">
            <w:pPr>
              <w:rPr>
                <w:noProof/>
                <w:sz w:val="16"/>
              </w:rPr>
            </w:pPr>
          </w:p>
          <w:p w14:paraId="2A08D37C" w14:textId="77777777" w:rsidR="00C64174" w:rsidRPr="00340C5E" w:rsidRDefault="00C64174" w:rsidP="00EC7FCE">
            <w:pPr>
              <w:rPr>
                <w:noProof/>
                <w:sz w:val="16"/>
              </w:rPr>
            </w:pPr>
          </w:p>
          <w:p w14:paraId="2FA6010F" w14:textId="77777777" w:rsidR="00C64174" w:rsidRPr="00340C5E" w:rsidRDefault="00C64174" w:rsidP="00EC7FCE">
            <w:pPr>
              <w:rPr>
                <w:noProof/>
                <w:sz w:val="16"/>
              </w:rPr>
            </w:pPr>
          </w:p>
          <w:p w14:paraId="0E835B18" w14:textId="77777777" w:rsidR="00C64174" w:rsidRPr="00340C5E" w:rsidRDefault="00C64174" w:rsidP="00EC7FCE">
            <w:pPr>
              <w:rPr>
                <w:noProof/>
                <w:sz w:val="16"/>
              </w:rPr>
            </w:pPr>
          </w:p>
          <w:p w14:paraId="604A5580" w14:textId="77777777" w:rsidR="00C64174" w:rsidRPr="00340C5E" w:rsidRDefault="00C64174" w:rsidP="00EC7FCE">
            <w:pPr>
              <w:rPr>
                <w:noProof/>
                <w:sz w:val="16"/>
              </w:rPr>
            </w:pPr>
          </w:p>
          <w:p w14:paraId="1EBEE8AB" w14:textId="77777777" w:rsidR="00C64174" w:rsidRPr="00340C5E" w:rsidRDefault="00C64174" w:rsidP="00EC7FCE">
            <w:pPr>
              <w:rPr>
                <w:noProof/>
                <w:sz w:val="16"/>
              </w:rPr>
            </w:pPr>
          </w:p>
          <w:p w14:paraId="1CF0A172" w14:textId="77777777" w:rsidR="00C64174" w:rsidRPr="00340C5E" w:rsidRDefault="00C64174" w:rsidP="00EC7FCE">
            <w:pPr>
              <w:rPr>
                <w:noProof/>
                <w:sz w:val="16"/>
              </w:rPr>
            </w:pPr>
          </w:p>
          <w:p w14:paraId="566E442A" w14:textId="77777777" w:rsidR="00C64174" w:rsidRPr="00340C5E" w:rsidRDefault="00C64174" w:rsidP="00EC7FCE">
            <w:pPr>
              <w:rPr>
                <w:noProof/>
                <w:sz w:val="16"/>
              </w:rPr>
            </w:pPr>
          </w:p>
        </w:tc>
      </w:tr>
    </w:tbl>
    <w:p w14:paraId="0486C05B" w14:textId="59BB8B72" w:rsidR="00C64174" w:rsidRDefault="0030365C" w:rsidP="00414169">
      <w:pPr>
        <w:pStyle w:val="Heading3"/>
        <w:spacing w:before="0" w:line="240" w:lineRule="auto"/>
        <w:rPr>
          <w:rFonts w:asciiTheme="majorHAnsi" w:eastAsia="Arial" w:hAnsiTheme="majorHAnsi" w:cstheme="majorHAnsi"/>
          <w:color w:val="004D40"/>
          <w:sz w:val="28"/>
          <w:szCs w:val="28"/>
        </w:rPr>
      </w:pPr>
      <w:r w:rsidRPr="0030365C">
        <w:rPr>
          <w:rFonts w:asciiTheme="majorHAnsi" w:eastAsia="Arial" w:hAnsiTheme="majorHAnsi" w:cstheme="majorHAnsi"/>
          <w:color w:val="004D40"/>
          <w:sz w:val="28"/>
          <w:szCs w:val="28"/>
        </w:rPr>
        <w:lastRenderedPageBreak/>
        <w:t>SUPPLEMENTARY INFORMATION IN SUPPORT OF YOUR APPLICATION</w:t>
      </w:r>
    </w:p>
    <w:p w14:paraId="6BF9D238" w14:textId="77777777" w:rsidR="00414169" w:rsidRPr="0030365C" w:rsidRDefault="0089264A" w:rsidP="00414169">
      <w:pPr>
        <w:spacing w:after="0" w:line="240" w:lineRule="auto"/>
        <w:rPr>
          <w:rFonts w:asciiTheme="majorHAnsi" w:hAnsiTheme="majorHAnsi" w:cstheme="majorHAnsi"/>
          <w:b/>
          <w:bCs/>
          <w:sz w:val="20"/>
        </w:rPr>
      </w:pPr>
      <w:r>
        <w:rPr>
          <w:rFonts w:asciiTheme="majorHAnsi" w:hAnsiTheme="majorHAnsi" w:cstheme="majorHAnsi"/>
        </w:rPr>
        <w:pict w14:anchorId="63BD307B">
          <v:rect id="_x0000_i1034" style="width:0;height:1.5pt" o:hralign="center" o:hrstd="t" o:hr="t" fillcolor="#a0a0a0" stroked="f"/>
        </w:pict>
      </w:r>
    </w:p>
    <w:p w14:paraId="14E14D32" w14:textId="77777777" w:rsidR="00830678" w:rsidRPr="00830678" w:rsidRDefault="00830678" w:rsidP="00414169">
      <w:pPr>
        <w:spacing w:after="0" w:line="240" w:lineRule="auto"/>
      </w:pPr>
    </w:p>
    <w:p w14:paraId="408E163C" w14:textId="77777777" w:rsidR="00C64174" w:rsidRPr="0030365C" w:rsidRDefault="00C64174" w:rsidP="00414169">
      <w:pPr>
        <w:spacing w:after="0" w:line="240" w:lineRule="auto"/>
        <w:rPr>
          <w:rFonts w:ascii="Calibri" w:hAnsi="Calibri" w:cs="Calibri"/>
          <w:noProof/>
          <w:sz w:val="16"/>
        </w:rPr>
      </w:pPr>
      <w:r w:rsidRPr="0030365C">
        <w:rPr>
          <w:rFonts w:ascii="Calibri" w:hAnsi="Calibri" w:cs="Calibri"/>
          <w:noProof/>
          <w:sz w:val="16"/>
        </w:rPr>
        <w:t>Please refer to the Person Specification on the job description when completing this section.  Describe how you consider your knowledge, skills and experience are relevant  to the post for which you are applying and  those factors which make you a particularly suitable candidate.  Please provide examples.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7"/>
      </w:tblGrid>
      <w:tr w:rsidR="00C64174" w:rsidRPr="00340C5E" w14:paraId="33EAE1B1" w14:textId="77777777" w:rsidTr="00EC7FCE">
        <w:tc>
          <w:tcPr>
            <w:tcW w:w="9287" w:type="dxa"/>
          </w:tcPr>
          <w:p w14:paraId="3024BBE1" w14:textId="77777777" w:rsidR="00C64174" w:rsidRPr="00340C5E" w:rsidRDefault="00C64174" w:rsidP="00EC7FCE">
            <w:pPr>
              <w:rPr>
                <w:noProof/>
                <w:sz w:val="16"/>
              </w:rPr>
            </w:pPr>
          </w:p>
          <w:p w14:paraId="52827612" w14:textId="77777777" w:rsidR="00C64174" w:rsidRPr="00340C5E" w:rsidRDefault="00C64174" w:rsidP="00EC7FCE">
            <w:pPr>
              <w:rPr>
                <w:noProof/>
                <w:sz w:val="16"/>
              </w:rPr>
            </w:pPr>
          </w:p>
          <w:p w14:paraId="71F86235" w14:textId="77777777" w:rsidR="00C64174" w:rsidRPr="00340C5E" w:rsidRDefault="00C64174" w:rsidP="00EC7FCE">
            <w:pPr>
              <w:rPr>
                <w:noProof/>
                <w:sz w:val="16"/>
              </w:rPr>
            </w:pPr>
          </w:p>
          <w:p w14:paraId="60DC8B01" w14:textId="77777777" w:rsidR="00C64174" w:rsidRPr="00340C5E" w:rsidRDefault="00C64174" w:rsidP="00EC7FCE">
            <w:pPr>
              <w:rPr>
                <w:noProof/>
                <w:sz w:val="16"/>
              </w:rPr>
            </w:pPr>
          </w:p>
          <w:p w14:paraId="07CD9A08" w14:textId="77777777" w:rsidR="00C64174" w:rsidRPr="00340C5E" w:rsidRDefault="00C64174" w:rsidP="00EC7FCE">
            <w:pPr>
              <w:rPr>
                <w:noProof/>
                <w:sz w:val="16"/>
              </w:rPr>
            </w:pPr>
          </w:p>
          <w:p w14:paraId="759AD143" w14:textId="77777777" w:rsidR="00C64174" w:rsidRPr="00340C5E" w:rsidRDefault="00C64174" w:rsidP="00EC7FCE">
            <w:pPr>
              <w:rPr>
                <w:noProof/>
                <w:sz w:val="16"/>
              </w:rPr>
            </w:pPr>
          </w:p>
          <w:p w14:paraId="4F5AE58F" w14:textId="77777777" w:rsidR="00C64174" w:rsidRPr="00340C5E" w:rsidRDefault="00C64174" w:rsidP="00EC7FCE">
            <w:pPr>
              <w:rPr>
                <w:noProof/>
                <w:sz w:val="16"/>
              </w:rPr>
            </w:pPr>
          </w:p>
          <w:p w14:paraId="6D258047" w14:textId="77777777" w:rsidR="00C64174" w:rsidRPr="00340C5E" w:rsidRDefault="00C64174" w:rsidP="00EC7FCE">
            <w:pPr>
              <w:rPr>
                <w:noProof/>
                <w:sz w:val="16"/>
              </w:rPr>
            </w:pPr>
          </w:p>
          <w:p w14:paraId="52B7221F" w14:textId="77777777" w:rsidR="00C64174" w:rsidRPr="00340C5E" w:rsidRDefault="00C64174" w:rsidP="00EC7FCE">
            <w:pPr>
              <w:rPr>
                <w:noProof/>
                <w:sz w:val="16"/>
              </w:rPr>
            </w:pPr>
          </w:p>
          <w:p w14:paraId="21620A5F" w14:textId="77777777" w:rsidR="00C64174" w:rsidRPr="00340C5E" w:rsidRDefault="00C64174" w:rsidP="00EC7FCE">
            <w:pPr>
              <w:rPr>
                <w:noProof/>
                <w:sz w:val="16"/>
              </w:rPr>
            </w:pPr>
          </w:p>
          <w:p w14:paraId="49349AC1" w14:textId="77777777" w:rsidR="00C64174" w:rsidRPr="00340C5E" w:rsidRDefault="00C64174" w:rsidP="00EC7FCE">
            <w:pPr>
              <w:rPr>
                <w:noProof/>
                <w:sz w:val="16"/>
              </w:rPr>
            </w:pPr>
          </w:p>
          <w:p w14:paraId="0221B974" w14:textId="77777777" w:rsidR="00C64174" w:rsidRPr="00340C5E" w:rsidRDefault="00C64174" w:rsidP="00EC7FCE">
            <w:pPr>
              <w:rPr>
                <w:noProof/>
                <w:sz w:val="16"/>
              </w:rPr>
            </w:pPr>
          </w:p>
          <w:p w14:paraId="62D45AB9" w14:textId="77777777" w:rsidR="00C64174" w:rsidRPr="00340C5E" w:rsidRDefault="00C64174" w:rsidP="00EC7FCE">
            <w:pPr>
              <w:rPr>
                <w:noProof/>
                <w:sz w:val="16"/>
              </w:rPr>
            </w:pPr>
          </w:p>
          <w:p w14:paraId="07A96545" w14:textId="77777777" w:rsidR="00C64174" w:rsidRPr="00340C5E" w:rsidRDefault="00C64174" w:rsidP="00EC7FCE">
            <w:pPr>
              <w:rPr>
                <w:noProof/>
                <w:sz w:val="16"/>
              </w:rPr>
            </w:pPr>
          </w:p>
          <w:p w14:paraId="089ECE6E" w14:textId="77777777" w:rsidR="00C64174" w:rsidRPr="00340C5E" w:rsidRDefault="00C64174" w:rsidP="00EC7FCE">
            <w:pPr>
              <w:rPr>
                <w:noProof/>
                <w:sz w:val="16"/>
              </w:rPr>
            </w:pPr>
          </w:p>
          <w:p w14:paraId="4F61F494" w14:textId="77777777" w:rsidR="00C64174" w:rsidRPr="00340C5E" w:rsidRDefault="00C64174" w:rsidP="00EC7FCE">
            <w:pPr>
              <w:rPr>
                <w:noProof/>
                <w:sz w:val="16"/>
              </w:rPr>
            </w:pPr>
          </w:p>
          <w:p w14:paraId="7BF0A874" w14:textId="77777777" w:rsidR="00C64174" w:rsidRPr="00340C5E" w:rsidRDefault="00C64174" w:rsidP="00EC7FCE">
            <w:pPr>
              <w:rPr>
                <w:noProof/>
                <w:sz w:val="16"/>
              </w:rPr>
            </w:pPr>
          </w:p>
          <w:p w14:paraId="5A7B7069" w14:textId="77777777" w:rsidR="00C64174" w:rsidRPr="00340C5E" w:rsidRDefault="00C64174" w:rsidP="00EC7FCE">
            <w:pPr>
              <w:rPr>
                <w:noProof/>
                <w:sz w:val="16"/>
              </w:rPr>
            </w:pPr>
          </w:p>
          <w:p w14:paraId="4C94592A" w14:textId="77777777" w:rsidR="00C64174" w:rsidRDefault="00C64174" w:rsidP="00EC7FCE">
            <w:pPr>
              <w:rPr>
                <w:noProof/>
                <w:sz w:val="16"/>
              </w:rPr>
            </w:pPr>
          </w:p>
          <w:p w14:paraId="3312BB65" w14:textId="77777777" w:rsidR="00414169" w:rsidRPr="00340C5E" w:rsidRDefault="00414169" w:rsidP="00EC7FCE">
            <w:pPr>
              <w:rPr>
                <w:noProof/>
                <w:sz w:val="16"/>
              </w:rPr>
            </w:pPr>
          </w:p>
          <w:p w14:paraId="722D851C" w14:textId="77777777" w:rsidR="00C64174" w:rsidRPr="00340C5E" w:rsidRDefault="00C64174" w:rsidP="00EC7FCE">
            <w:pPr>
              <w:rPr>
                <w:noProof/>
                <w:sz w:val="16"/>
              </w:rPr>
            </w:pPr>
          </w:p>
          <w:p w14:paraId="57586FBE" w14:textId="77777777" w:rsidR="00C64174" w:rsidRPr="00340C5E" w:rsidRDefault="00C64174" w:rsidP="00EC7FCE">
            <w:pPr>
              <w:rPr>
                <w:noProof/>
                <w:sz w:val="16"/>
              </w:rPr>
            </w:pPr>
          </w:p>
          <w:p w14:paraId="76C3AD81" w14:textId="77777777" w:rsidR="00C64174" w:rsidRPr="00340C5E" w:rsidRDefault="00C64174" w:rsidP="00EC7FCE">
            <w:pPr>
              <w:rPr>
                <w:noProof/>
                <w:sz w:val="16"/>
              </w:rPr>
            </w:pPr>
          </w:p>
          <w:p w14:paraId="4BE413C4" w14:textId="77777777" w:rsidR="00C64174" w:rsidRPr="00340C5E" w:rsidRDefault="00C64174" w:rsidP="00EC7FCE">
            <w:pPr>
              <w:rPr>
                <w:noProof/>
                <w:sz w:val="16"/>
              </w:rPr>
            </w:pPr>
          </w:p>
          <w:p w14:paraId="07D7213F" w14:textId="77777777" w:rsidR="00C64174" w:rsidRPr="00340C5E" w:rsidRDefault="00C64174" w:rsidP="00EC7FCE">
            <w:pPr>
              <w:rPr>
                <w:noProof/>
                <w:sz w:val="16"/>
              </w:rPr>
            </w:pPr>
          </w:p>
          <w:p w14:paraId="63231599" w14:textId="77777777" w:rsidR="00C64174" w:rsidRPr="00340C5E" w:rsidRDefault="00C64174" w:rsidP="00EC7FCE">
            <w:pPr>
              <w:rPr>
                <w:noProof/>
                <w:sz w:val="16"/>
              </w:rPr>
            </w:pPr>
          </w:p>
          <w:p w14:paraId="540072C3" w14:textId="77777777" w:rsidR="00C64174" w:rsidRPr="00340C5E" w:rsidRDefault="00C64174" w:rsidP="00EC7FCE">
            <w:pPr>
              <w:rPr>
                <w:noProof/>
                <w:sz w:val="16"/>
              </w:rPr>
            </w:pPr>
          </w:p>
          <w:p w14:paraId="303F770F" w14:textId="77777777" w:rsidR="00C64174" w:rsidRPr="00340C5E" w:rsidRDefault="00C64174" w:rsidP="00EC7FCE">
            <w:pPr>
              <w:rPr>
                <w:noProof/>
                <w:sz w:val="16"/>
              </w:rPr>
            </w:pPr>
          </w:p>
          <w:p w14:paraId="0DC75A96" w14:textId="77777777" w:rsidR="00C64174" w:rsidRPr="00340C5E" w:rsidRDefault="00C64174" w:rsidP="00EC7FCE">
            <w:pPr>
              <w:rPr>
                <w:noProof/>
                <w:sz w:val="16"/>
              </w:rPr>
            </w:pPr>
          </w:p>
        </w:tc>
      </w:tr>
    </w:tbl>
    <w:p w14:paraId="54E11BCA" w14:textId="77777777" w:rsidR="00C64174" w:rsidRPr="00340C5E" w:rsidRDefault="00C64174" w:rsidP="00C64174">
      <w:pPr>
        <w:rPr>
          <w:noProof/>
          <w:sz w:val="16"/>
        </w:rPr>
      </w:pPr>
    </w:p>
    <w:p w14:paraId="5AF40214" w14:textId="77777777" w:rsidR="00C64174" w:rsidRPr="00340C5E" w:rsidRDefault="00C64174" w:rsidP="00C64174">
      <w:pPr>
        <w:jc w:val="right"/>
        <w:rPr>
          <w:noProof/>
          <w:sz w:val="16"/>
        </w:rPr>
      </w:pPr>
      <w:r w:rsidRPr="00340C5E">
        <w:rPr>
          <w:noProof/>
          <w:sz w:val="16"/>
        </w:rPr>
        <w:t>Please continue on a separate sheet if necessary.</w:t>
      </w:r>
    </w:p>
    <w:p w14:paraId="56A549A7" w14:textId="2B3763EE" w:rsidR="00C64174" w:rsidRPr="00340C5E" w:rsidRDefault="0030365C" w:rsidP="00C64174">
      <w:pPr>
        <w:pStyle w:val="Heading3"/>
        <w:rPr>
          <w:sz w:val="20"/>
        </w:rPr>
      </w:pPr>
      <w:r>
        <w:rPr>
          <w:rFonts w:asciiTheme="majorHAnsi" w:eastAsia="Arial" w:hAnsiTheme="majorHAnsi" w:cstheme="majorHAnsi"/>
          <w:color w:val="004D40"/>
          <w:sz w:val="28"/>
          <w:szCs w:val="28"/>
        </w:rPr>
        <w:lastRenderedPageBreak/>
        <w:t>PROFESSIONAL QUALIFICATION, MEMBERSHIPS AND TRAINING</w:t>
      </w:r>
    </w:p>
    <w:p w14:paraId="1E077073" w14:textId="2F5B6364" w:rsidR="00C64174" w:rsidRDefault="00C64174" w:rsidP="00414169">
      <w:pPr>
        <w:spacing w:after="0" w:line="240" w:lineRule="auto"/>
        <w:rPr>
          <w:rFonts w:ascii="Calibri" w:hAnsi="Calibri" w:cs="Calibri"/>
          <w:sz w:val="16"/>
        </w:rPr>
      </w:pPr>
      <w:r w:rsidRPr="0030365C">
        <w:rPr>
          <w:rFonts w:ascii="Calibri" w:hAnsi="Calibri" w:cs="Calibri"/>
          <w:noProof/>
          <w:sz w:val="28"/>
        </w:rPr>
        <mc:AlternateContent>
          <mc:Choice Requires="wps">
            <w:drawing>
              <wp:anchor distT="0" distB="0" distL="114300" distR="114300" simplePos="0" relativeHeight="251661312" behindDoc="0" locked="0" layoutInCell="0" allowOverlap="1" wp14:anchorId="2F8634E0" wp14:editId="62F36AF7">
                <wp:simplePos x="0" y="0"/>
                <wp:positionH relativeFrom="column">
                  <wp:posOffset>-34290</wp:posOffset>
                </wp:positionH>
                <wp:positionV relativeFrom="paragraph">
                  <wp:posOffset>-288290</wp:posOffset>
                </wp:positionV>
                <wp:extent cx="5848350" cy="0"/>
                <wp:effectExtent l="0" t="0" r="0" b="0"/>
                <wp:wrapNone/>
                <wp:docPr id="152720423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03A7D"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2.7pt" to="457.8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" o:allowincell="f" strokeweight="2.25pt"/>
            </w:pict>
          </mc:Fallback>
        </mc:AlternateContent>
      </w:r>
      <w:r w:rsidRPr="0030365C">
        <w:rPr>
          <w:rFonts w:ascii="Calibri" w:hAnsi="Calibri" w:cs="Calibri"/>
          <w:sz w:val="16"/>
        </w:rPr>
        <w:t>Please give details, including dates obtained. You will be asked to produce any relevant certificates</w:t>
      </w:r>
    </w:p>
    <w:p w14:paraId="097D3C36" w14:textId="77777777" w:rsidR="00414169" w:rsidRPr="00830678" w:rsidRDefault="0089264A" w:rsidP="00414169">
      <w:pPr>
        <w:spacing w:after="0" w:line="240" w:lineRule="auto"/>
      </w:pPr>
      <w:r>
        <w:pict w14:anchorId="1F4DDF53">
          <v:rect id="_x0000_i1035" style="width:0;height:1.5pt" o:hralign="center" o:hrstd="t" o:hr="t" fillcolor="#a0a0a0" stroked="f"/>
        </w:pict>
      </w:r>
    </w:p>
    <w:p w14:paraId="6E1B1051" w14:textId="77777777" w:rsidR="00414169" w:rsidRPr="0030365C" w:rsidRDefault="00414169" w:rsidP="00414169">
      <w:pPr>
        <w:spacing w:after="0" w:line="240" w:lineRule="auto"/>
        <w:rPr>
          <w:rFonts w:ascii="Calibri" w:hAnsi="Calibri" w:cs="Calibri"/>
          <w:b/>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7"/>
      </w:tblGrid>
      <w:tr w:rsidR="00C64174" w:rsidRPr="00340C5E" w14:paraId="4181F600" w14:textId="77777777" w:rsidTr="00EC7FCE">
        <w:tc>
          <w:tcPr>
            <w:tcW w:w="9287" w:type="dxa"/>
          </w:tcPr>
          <w:p w14:paraId="1E71AB05" w14:textId="77777777" w:rsidR="00C64174" w:rsidRPr="00340C5E" w:rsidRDefault="00C64174" w:rsidP="00EC7FCE">
            <w:pPr>
              <w:rPr>
                <w:bCs/>
                <w:sz w:val="16"/>
              </w:rPr>
            </w:pPr>
            <w:r w:rsidRPr="00340C5E">
              <w:rPr>
                <w:bCs/>
                <w:sz w:val="16"/>
              </w:rPr>
              <w:fldChar w:fldCharType="begin">
                <w:ffData>
                  <w:name w:val="Text41"/>
                  <w:enabled/>
                  <w:calcOnExit w:val="0"/>
                  <w:textInput/>
                </w:ffData>
              </w:fldChar>
            </w:r>
            <w:bookmarkStart w:id="22" w:name="Text41"/>
            <w:r w:rsidRPr="00340C5E">
              <w:rPr>
                <w:bCs/>
                <w:sz w:val="16"/>
              </w:rPr>
              <w:instrText xml:space="preserve"> FORMTEXT </w:instrText>
            </w:r>
            <w:r w:rsidRPr="00340C5E">
              <w:rPr>
                <w:bCs/>
                <w:sz w:val="16"/>
              </w:rPr>
            </w:r>
            <w:r w:rsidRPr="00340C5E">
              <w:rPr>
                <w:bCs/>
                <w:sz w:val="16"/>
              </w:rPr>
              <w:fldChar w:fldCharType="separate"/>
            </w:r>
            <w:r w:rsidRPr="00340C5E">
              <w:rPr>
                <w:bCs/>
                <w:noProof/>
                <w:sz w:val="16"/>
              </w:rPr>
              <w:t> </w:t>
            </w:r>
            <w:r w:rsidRPr="00340C5E">
              <w:rPr>
                <w:bCs/>
                <w:noProof/>
                <w:sz w:val="16"/>
              </w:rPr>
              <w:t> </w:t>
            </w:r>
            <w:r w:rsidRPr="00340C5E">
              <w:rPr>
                <w:bCs/>
                <w:noProof/>
                <w:sz w:val="16"/>
              </w:rPr>
              <w:t> </w:t>
            </w:r>
            <w:r w:rsidRPr="00340C5E">
              <w:rPr>
                <w:bCs/>
                <w:noProof/>
                <w:sz w:val="16"/>
              </w:rPr>
              <w:t> </w:t>
            </w:r>
            <w:r w:rsidRPr="00340C5E">
              <w:rPr>
                <w:bCs/>
                <w:noProof/>
                <w:sz w:val="16"/>
              </w:rPr>
              <w:t> </w:t>
            </w:r>
            <w:r w:rsidRPr="00340C5E">
              <w:rPr>
                <w:bCs/>
                <w:sz w:val="16"/>
              </w:rPr>
              <w:fldChar w:fldCharType="end"/>
            </w:r>
            <w:bookmarkEnd w:id="22"/>
          </w:p>
          <w:p w14:paraId="09BA9DFC" w14:textId="77777777" w:rsidR="00C64174" w:rsidRPr="00340C5E" w:rsidRDefault="00C64174" w:rsidP="00EC7FCE">
            <w:pPr>
              <w:rPr>
                <w:b/>
                <w:sz w:val="16"/>
              </w:rPr>
            </w:pPr>
          </w:p>
          <w:p w14:paraId="574B84BE" w14:textId="77777777" w:rsidR="00C64174" w:rsidRPr="00340C5E" w:rsidRDefault="00C64174" w:rsidP="00EC7FCE">
            <w:pPr>
              <w:rPr>
                <w:b/>
                <w:sz w:val="16"/>
              </w:rPr>
            </w:pPr>
          </w:p>
          <w:p w14:paraId="07304FB5" w14:textId="77777777" w:rsidR="00C64174" w:rsidRPr="00340C5E" w:rsidRDefault="00C64174" w:rsidP="00EC7FCE">
            <w:pPr>
              <w:rPr>
                <w:b/>
                <w:sz w:val="16"/>
              </w:rPr>
            </w:pPr>
          </w:p>
          <w:p w14:paraId="636E8EB2" w14:textId="77777777" w:rsidR="00C64174" w:rsidRPr="00340C5E" w:rsidRDefault="00C64174" w:rsidP="00EC7FCE">
            <w:pPr>
              <w:rPr>
                <w:b/>
                <w:sz w:val="16"/>
              </w:rPr>
            </w:pPr>
          </w:p>
          <w:p w14:paraId="2365287E" w14:textId="77777777" w:rsidR="00C64174" w:rsidRPr="00340C5E" w:rsidRDefault="00C64174" w:rsidP="00EC7FCE">
            <w:pPr>
              <w:rPr>
                <w:b/>
                <w:sz w:val="16"/>
              </w:rPr>
            </w:pPr>
          </w:p>
          <w:p w14:paraId="7ACF3DD7" w14:textId="77777777" w:rsidR="00C64174" w:rsidRDefault="00C64174" w:rsidP="00EC7FCE">
            <w:pPr>
              <w:rPr>
                <w:b/>
                <w:sz w:val="16"/>
              </w:rPr>
            </w:pPr>
          </w:p>
          <w:p w14:paraId="1D63EFA5" w14:textId="77777777" w:rsidR="00830678" w:rsidRDefault="00830678" w:rsidP="00EC7FCE">
            <w:pPr>
              <w:rPr>
                <w:b/>
                <w:sz w:val="16"/>
              </w:rPr>
            </w:pPr>
          </w:p>
          <w:p w14:paraId="36C3A162" w14:textId="77777777" w:rsidR="00830678" w:rsidRPr="00340C5E" w:rsidRDefault="00830678" w:rsidP="00EC7FCE">
            <w:pPr>
              <w:rPr>
                <w:b/>
                <w:sz w:val="16"/>
              </w:rPr>
            </w:pPr>
          </w:p>
          <w:p w14:paraId="7B8459A9" w14:textId="77777777" w:rsidR="00C64174" w:rsidRPr="00340C5E" w:rsidRDefault="00C64174" w:rsidP="00EC7FCE">
            <w:pPr>
              <w:rPr>
                <w:b/>
                <w:sz w:val="16"/>
              </w:rPr>
            </w:pPr>
          </w:p>
          <w:p w14:paraId="1F70B2A4" w14:textId="77777777" w:rsidR="00C64174" w:rsidRPr="00340C5E" w:rsidRDefault="00C64174" w:rsidP="00EC7FCE">
            <w:pPr>
              <w:rPr>
                <w:b/>
                <w:sz w:val="16"/>
              </w:rPr>
            </w:pPr>
          </w:p>
        </w:tc>
      </w:tr>
    </w:tbl>
    <w:p w14:paraId="42649E34" w14:textId="69F70CD5" w:rsidR="00E94572" w:rsidRDefault="00CB6566" w:rsidP="00830678">
      <w:pPr>
        <w:pStyle w:val="Heading2"/>
        <w:keepNext w:val="0"/>
        <w:keepLines w:val="0"/>
        <w:widowControl w:val="0"/>
        <w:spacing w:before="300" w:after="195" w:line="240" w:lineRule="auto"/>
        <w:rPr>
          <w:rFonts w:asciiTheme="majorHAnsi" w:eastAsia="Arial" w:hAnsiTheme="majorHAnsi" w:cstheme="majorHAnsi"/>
          <w:color w:val="004D40"/>
          <w:sz w:val="28"/>
          <w:szCs w:val="28"/>
        </w:rPr>
      </w:pPr>
      <w:r w:rsidRPr="0030365C">
        <w:rPr>
          <w:rFonts w:asciiTheme="majorHAnsi" w:eastAsia="Arial" w:hAnsiTheme="majorHAnsi" w:cstheme="majorHAnsi"/>
          <w:color w:val="004D40"/>
          <w:sz w:val="28"/>
          <w:szCs w:val="28"/>
        </w:rPr>
        <w:t>REFERENCES</w:t>
      </w:r>
    </w:p>
    <w:p w14:paraId="38FBC1E4" w14:textId="1172FDDB" w:rsidR="00830678" w:rsidRPr="00830678" w:rsidRDefault="0089264A" w:rsidP="00830678">
      <w:pPr>
        <w:spacing w:line="240" w:lineRule="auto"/>
      </w:pPr>
      <w:r>
        <w:pict w14:anchorId="2D4A2B7C">
          <v:rect id="_x0000_i1036" style="width:0;height:1.5pt" o:hralign="center" o:hrstd="t" o:hr="t" fillcolor="#a0a0a0" stroked="f"/>
        </w:pict>
      </w:r>
    </w:p>
    <w:p w14:paraId="29160290" w14:textId="43D52A68" w:rsidR="00E94572" w:rsidRPr="0030365C" w:rsidRDefault="00CB6566" w:rsidP="00830678">
      <w:pPr>
        <w:widowControl w:val="0"/>
        <w:spacing w:after="150" w:line="240" w:lineRule="auto"/>
        <w:rPr>
          <w:rFonts w:asciiTheme="majorHAnsi" w:eastAsia="Arial" w:hAnsiTheme="majorHAnsi" w:cstheme="majorHAnsi"/>
        </w:rPr>
      </w:pPr>
      <w:r w:rsidRPr="0030365C">
        <w:rPr>
          <w:rFonts w:asciiTheme="majorHAnsi" w:eastAsia="Arial" w:hAnsiTheme="majorHAnsi" w:cstheme="majorHAnsi"/>
        </w:rPr>
        <w:t>Please provide referees from two separate employers/</w:t>
      </w:r>
      <w:proofErr w:type="spellStart"/>
      <w:r w:rsidRPr="0030365C">
        <w:rPr>
          <w:rFonts w:asciiTheme="majorHAnsi" w:eastAsia="Arial" w:hAnsiTheme="majorHAnsi" w:cstheme="majorHAnsi"/>
        </w:rPr>
        <w:t>organisations</w:t>
      </w:r>
      <w:proofErr w:type="spellEnd"/>
      <w:r w:rsidRPr="0030365C">
        <w:rPr>
          <w:rFonts w:asciiTheme="majorHAnsi" w:eastAsia="Arial" w:hAnsiTheme="majorHAnsi" w:cstheme="majorHAnsi"/>
        </w:rPr>
        <w:t>. One must be your present or most recent employer. Referees must not be members of your family, spouse/partner or friends. No offer of employment will be confirmed without the receipt of two satisfactory references.</w:t>
      </w:r>
    </w:p>
    <w:tbl>
      <w:tblPr>
        <w:tblStyle w:val="a2"/>
        <w:tblW w:w="936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4680"/>
        <w:gridCol w:w="4680"/>
      </w:tblGrid>
      <w:tr w:rsidR="00E94572" w:rsidRPr="0030365C" w14:paraId="10A06327" w14:textId="77777777">
        <w:trPr>
          <w:tblHeader/>
        </w:trPr>
        <w:tc>
          <w:tcPr>
            <w:tcW w:w="4680" w:type="dxa"/>
            <w:tcBorders>
              <w:top w:val="single" w:sz="6" w:space="0" w:color="CCCCCC"/>
              <w:left w:val="single" w:sz="6" w:space="0" w:color="CCCCCC"/>
              <w:bottom w:val="single" w:sz="6" w:space="0" w:color="CCCCCC"/>
              <w:right w:val="single" w:sz="6" w:space="0" w:color="CCCCCC"/>
            </w:tcBorders>
            <w:shd w:val="clear" w:color="auto" w:fill="F2F2F2"/>
            <w:tcMar>
              <w:top w:w="90" w:type="dxa"/>
              <w:left w:w="120" w:type="dxa"/>
              <w:bottom w:w="90" w:type="dxa"/>
              <w:right w:w="120" w:type="dxa"/>
            </w:tcMar>
          </w:tcPr>
          <w:p w14:paraId="4C6D27B4" w14:textId="77777777" w:rsidR="00E94572" w:rsidRPr="0030365C" w:rsidRDefault="00CB6566">
            <w:pPr>
              <w:widowControl w:val="0"/>
              <w:spacing w:before="90" w:after="90" w:line="300" w:lineRule="auto"/>
              <w:rPr>
                <w:rFonts w:asciiTheme="majorHAnsi" w:eastAsia="Arial" w:hAnsiTheme="majorHAnsi" w:cstheme="majorHAnsi"/>
                <w:b/>
                <w:bCs/>
              </w:rPr>
            </w:pPr>
            <w:r w:rsidRPr="0030365C">
              <w:rPr>
                <w:rFonts w:asciiTheme="majorHAnsi" w:eastAsia="Arial" w:hAnsiTheme="majorHAnsi" w:cstheme="majorHAnsi"/>
                <w:b/>
                <w:bCs/>
              </w:rPr>
              <w:t>Referee 1 (Present / Most Recent Employer)</w:t>
            </w:r>
          </w:p>
        </w:tc>
        <w:tc>
          <w:tcPr>
            <w:tcW w:w="4680" w:type="dxa"/>
            <w:tcBorders>
              <w:top w:val="single" w:sz="6" w:space="0" w:color="CCCCCC"/>
              <w:left w:val="single" w:sz="6" w:space="0" w:color="CCCCCC"/>
              <w:bottom w:val="single" w:sz="6" w:space="0" w:color="CCCCCC"/>
              <w:right w:val="single" w:sz="6" w:space="0" w:color="CCCCCC"/>
            </w:tcBorders>
            <w:shd w:val="clear" w:color="auto" w:fill="F2F2F2"/>
            <w:tcMar>
              <w:top w:w="90" w:type="dxa"/>
              <w:left w:w="120" w:type="dxa"/>
              <w:bottom w:w="90" w:type="dxa"/>
              <w:right w:w="120" w:type="dxa"/>
            </w:tcMar>
          </w:tcPr>
          <w:p w14:paraId="1298F29E" w14:textId="77777777" w:rsidR="00E94572" w:rsidRPr="0030365C" w:rsidRDefault="00CB6566">
            <w:pPr>
              <w:widowControl w:val="0"/>
              <w:spacing w:before="90" w:after="90" w:line="300" w:lineRule="auto"/>
              <w:rPr>
                <w:rFonts w:asciiTheme="majorHAnsi" w:eastAsia="Arial" w:hAnsiTheme="majorHAnsi" w:cstheme="majorHAnsi"/>
                <w:b/>
                <w:bCs/>
              </w:rPr>
            </w:pPr>
            <w:r w:rsidRPr="0030365C">
              <w:rPr>
                <w:rFonts w:asciiTheme="majorHAnsi" w:eastAsia="Arial" w:hAnsiTheme="majorHAnsi" w:cstheme="majorHAnsi"/>
                <w:b/>
                <w:bCs/>
              </w:rPr>
              <w:t>Referee 2</w:t>
            </w:r>
          </w:p>
        </w:tc>
      </w:tr>
      <w:tr w:rsidR="00E94572" w:rsidRPr="0030365C" w14:paraId="424BA177" w14:textId="77777777">
        <w:tc>
          <w:tcPr>
            <w:tcW w:w="468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74089B24" w14:textId="77777777" w:rsidR="00E94572" w:rsidRPr="0030365C" w:rsidRDefault="00CB6566">
            <w:pPr>
              <w:widowControl w:val="0"/>
              <w:spacing w:after="0" w:line="300" w:lineRule="auto"/>
              <w:rPr>
                <w:rFonts w:asciiTheme="majorHAnsi" w:eastAsia="Arial" w:hAnsiTheme="majorHAnsi" w:cstheme="majorHAnsi"/>
              </w:rPr>
            </w:pPr>
            <w:r w:rsidRPr="0030365C">
              <w:rPr>
                <w:rFonts w:asciiTheme="majorHAnsi" w:eastAsia="Arial" w:hAnsiTheme="majorHAnsi" w:cstheme="majorHAnsi"/>
              </w:rPr>
              <w:t>Name:</w:t>
            </w:r>
          </w:p>
          <w:p w14:paraId="0934BB54" w14:textId="77777777" w:rsidR="00E94572" w:rsidRPr="0030365C" w:rsidRDefault="00E94572">
            <w:pPr>
              <w:widowControl w:val="0"/>
              <w:spacing w:after="0" w:line="300" w:lineRule="auto"/>
              <w:rPr>
                <w:rFonts w:asciiTheme="majorHAnsi" w:eastAsia="Arial" w:hAnsiTheme="majorHAnsi" w:cstheme="majorHAnsi"/>
              </w:rPr>
            </w:pPr>
          </w:p>
          <w:p w14:paraId="470333BF" w14:textId="77777777" w:rsidR="00E94572" w:rsidRPr="0030365C" w:rsidRDefault="00CB6566">
            <w:pPr>
              <w:widowControl w:val="0"/>
              <w:spacing w:after="0" w:line="300" w:lineRule="auto"/>
              <w:rPr>
                <w:rFonts w:asciiTheme="majorHAnsi" w:eastAsia="Arial" w:hAnsiTheme="majorHAnsi" w:cstheme="majorHAnsi"/>
              </w:rPr>
            </w:pPr>
            <w:r w:rsidRPr="0030365C">
              <w:rPr>
                <w:rFonts w:asciiTheme="majorHAnsi" w:eastAsia="Arial" w:hAnsiTheme="majorHAnsi" w:cstheme="majorHAnsi"/>
              </w:rPr>
              <w:t>Position/Title:</w:t>
            </w:r>
          </w:p>
          <w:p w14:paraId="60E502FF" w14:textId="77777777" w:rsidR="00E94572" w:rsidRPr="0030365C" w:rsidRDefault="00E94572">
            <w:pPr>
              <w:widowControl w:val="0"/>
              <w:spacing w:after="0" w:line="300" w:lineRule="auto"/>
              <w:rPr>
                <w:rFonts w:asciiTheme="majorHAnsi" w:eastAsia="Arial" w:hAnsiTheme="majorHAnsi" w:cstheme="majorHAnsi"/>
              </w:rPr>
            </w:pPr>
          </w:p>
          <w:p w14:paraId="4CB0DDF5" w14:textId="77777777" w:rsidR="00E94572" w:rsidRPr="0030365C" w:rsidRDefault="00CB6566">
            <w:pPr>
              <w:widowControl w:val="0"/>
              <w:spacing w:after="0" w:line="300" w:lineRule="auto"/>
              <w:rPr>
                <w:rFonts w:asciiTheme="majorHAnsi" w:eastAsia="Arial" w:hAnsiTheme="majorHAnsi" w:cstheme="majorHAnsi"/>
              </w:rPr>
            </w:pPr>
            <w:proofErr w:type="spellStart"/>
            <w:r w:rsidRPr="0030365C">
              <w:rPr>
                <w:rFonts w:asciiTheme="majorHAnsi" w:eastAsia="Arial" w:hAnsiTheme="majorHAnsi" w:cstheme="majorHAnsi"/>
              </w:rPr>
              <w:t>Organisation</w:t>
            </w:r>
            <w:proofErr w:type="spellEnd"/>
            <w:r w:rsidRPr="0030365C">
              <w:rPr>
                <w:rFonts w:asciiTheme="majorHAnsi" w:eastAsia="Arial" w:hAnsiTheme="majorHAnsi" w:cstheme="majorHAnsi"/>
              </w:rPr>
              <w:t>:</w:t>
            </w:r>
          </w:p>
          <w:p w14:paraId="383FDA5E" w14:textId="77777777" w:rsidR="00E94572" w:rsidRPr="0030365C" w:rsidRDefault="00E94572">
            <w:pPr>
              <w:widowControl w:val="0"/>
              <w:spacing w:after="0" w:line="300" w:lineRule="auto"/>
              <w:rPr>
                <w:rFonts w:asciiTheme="majorHAnsi" w:eastAsia="Arial" w:hAnsiTheme="majorHAnsi" w:cstheme="majorHAnsi"/>
              </w:rPr>
            </w:pPr>
          </w:p>
          <w:p w14:paraId="04A9243D" w14:textId="77777777" w:rsidR="00E94572" w:rsidRPr="0030365C" w:rsidRDefault="00CB6566">
            <w:pPr>
              <w:widowControl w:val="0"/>
              <w:spacing w:after="0" w:line="300" w:lineRule="auto"/>
              <w:rPr>
                <w:rFonts w:asciiTheme="majorHAnsi" w:eastAsia="Arial" w:hAnsiTheme="majorHAnsi" w:cstheme="majorHAnsi"/>
              </w:rPr>
            </w:pPr>
            <w:r w:rsidRPr="0030365C">
              <w:rPr>
                <w:rFonts w:asciiTheme="majorHAnsi" w:eastAsia="Arial" w:hAnsiTheme="majorHAnsi" w:cstheme="majorHAnsi"/>
              </w:rPr>
              <w:t>Address:</w:t>
            </w:r>
          </w:p>
          <w:p w14:paraId="67DFF4B3" w14:textId="77777777" w:rsidR="00E94572" w:rsidRPr="0030365C" w:rsidRDefault="00E94572">
            <w:pPr>
              <w:widowControl w:val="0"/>
              <w:spacing w:after="0" w:line="300" w:lineRule="auto"/>
              <w:rPr>
                <w:rFonts w:asciiTheme="majorHAnsi" w:eastAsia="Arial" w:hAnsiTheme="majorHAnsi" w:cstheme="majorHAnsi"/>
              </w:rPr>
            </w:pPr>
          </w:p>
          <w:p w14:paraId="15BB6E3E" w14:textId="77777777" w:rsidR="00E94572" w:rsidRPr="0030365C" w:rsidRDefault="00CB6566">
            <w:pPr>
              <w:widowControl w:val="0"/>
              <w:spacing w:after="0" w:line="300" w:lineRule="auto"/>
              <w:rPr>
                <w:rFonts w:asciiTheme="majorHAnsi" w:eastAsia="Arial" w:hAnsiTheme="majorHAnsi" w:cstheme="majorHAnsi"/>
              </w:rPr>
            </w:pPr>
            <w:r w:rsidRPr="0030365C">
              <w:rPr>
                <w:rFonts w:asciiTheme="majorHAnsi" w:eastAsia="Arial" w:hAnsiTheme="majorHAnsi" w:cstheme="majorHAnsi"/>
              </w:rPr>
              <w:t>Email Address:</w:t>
            </w:r>
          </w:p>
          <w:p w14:paraId="5280F3A0" w14:textId="77777777" w:rsidR="00E94572" w:rsidRPr="0030365C" w:rsidRDefault="00E94572">
            <w:pPr>
              <w:widowControl w:val="0"/>
              <w:spacing w:after="0" w:line="300" w:lineRule="auto"/>
              <w:rPr>
                <w:rFonts w:asciiTheme="majorHAnsi" w:eastAsia="Arial" w:hAnsiTheme="majorHAnsi" w:cstheme="majorHAnsi"/>
              </w:rPr>
            </w:pPr>
          </w:p>
          <w:p w14:paraId="380F1652" w14:textId="77777777" w:rsidR="00E94572" w:rsidRPr="0030365C" w:rsidRDefault="00CB6566">
            <w:pPr>
              <w:widowControl w:val="0"/>
              <w:spacing w:before="90" w:after="90" w:line="300" w:lineRule="auto"/>
              <w:rPr>
                <w:rFonts w:asciiTheme="majorHAnsi" w:eastAsia="Arial" w:hAnsiTheme="majorHAnsi" w:cstheme="majorHAnsi"/>
              </w:rPr>
            </w:pPr>
            <w:r w:rsidRPr="0030365C">
              <w:rPr>
                <w:rFonts w:asciiTheme="majorHAnsi" w:eastAsia="Arial" w:hAnsiTheme="majorHAnsi" w:cstheme="majorHAnsi"/>
              </w:rPr>
              <w:t>Telephone No:</w:t>
            </w:r>
          </w:p>
        </w:tc>
        <w:tc>
          <w:tcPr>
            <w:tcW w:w="4680"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35D80F6C" w14:textId="77777777" w:rsidR="00E94572" w:rsidRPr="0030365C" w:rsidRDefault="00CB6566">
            <w:pPr>
              <w:widowControl w:val="0"/>
              <w:spacing w:after="0" w:line="300" w:lineRule="auto"/>
              <w:rPr>
                <w:rFonts w:asciiTheme="majorHAnsi" w:eastAsia="Arial" w:hAnsiTheme="majorHAnsi" w:cstheme="majorHAnsi"/>
              </w:rPr>
            </w:pPr>
            <w:r w:rsidRPr="0030365C">
              <w:rPr>
                <w:rFonts w:asciiTheme="majorHAnsi" w:eastAsia="Arial" w:hAnsiTheme="majorHAnsi" w:cstheme="majorHAnsi"/>
              </w:rPr>
              <w:t>Name:</w:t>
            </w:r>
          </w:p>
          <w:p w14:paraId="3CD46E96" w14:textId="77777777" w:rsidR="00E94572" w:rsidRPr="0030365C" w:rsidRDefault="00E94572">
            <w:pPr>
              <w:widowControl w:val="0"/>
              <w:spacing w:after="0" w:line="300" w:lineRule="auto"/>
              <w:rPr>
                <w:rFonts w:asciiTheme="majorHAnsi" w:eastAsia="Arial" w:hAnsiTheme="majorHAnsi" w:cstheme="majorHAnsi"/>
              </w:rPr>
            </w:pPr>
          </w:p>
          <w:p w14:paraId="3CA34DDA" w14:textId="77777777" w:rsidR="00E94572" w:rsidRPr="0030365C" w:rsidRDefault="00CB6566">
            <w:pPr>
              <w:widowControl w:val="0"/>
              <w:spacing w:after="0" w:line="300" w:lineRule="auto"/>
              <w:rPr>
                <w:rFonts w:asciiTheme="majorHAnsi" w:eastAsia="Arial" w:hAnsiTheme="majorHAnsi" w:cstheme="majorHAnsi"/>
              </w:rPr>
            </w:pPr>
            <w:r w:rsidRPr="0030365C">
              <w:rPr>
                <w:rFonts w:asciiTheme="majorHAnsi" w:eastAsia="Arial" w:hAnsiTheme="majorHAnsi" w:cstheme="majorHAnsi"/>
              </w:rPr>
              <w:t>Position/Title:</w:t>
            </w:r>
          </w:p>
          <w:p w14:paraId="5FEE8A79" w14:textId="77777777" w:rsidR="00E94572" w:rsidRPr="0030365C" w:rsidRDefault="00E94572">
            <w:pPr>
              <w:widowControl w:val="0"/>
              <w:spacing w:after="0" w:line="300" w:lineRule="auto"/>
              <w:rPr>
                <w:rFonts w:asciiTheme="majorHAnsi" w:eastAsia="Arial" w:hAnsiTheme="majorHAnsi" w:cstheme="majorHAnsi"/>
              </w:rPr>
            </w:pPr>
          </w:p>
          <w:p w14:paraId="5D431B79" w14:textId="77777777" w:rsidR="00E94572" w:rsidRPr="0030365C" w:rsidRDefault="00CB6566">
            <w:pPr>
              <w:widowControl w:val="0"/>
              <w:spacing w:after="0" w:line="300" w:lineRule="auto"/>
              <w:rPr>
                <w:rFonts w:asciiTheme="majorHAnsi" w:eastAsia="Arial" w:hAnsiTheme="majorHAnsi" w:cstheme="majorHAnsi"/>
              </w:rPr>
            </w:pPr>
            <w:proofErr w:type="spellStart"/>
            <w:r w:rsidRPr="0030365C">
              <w:rPr>
                <w:rFonts w:asciiTheme="majorHAnsi" w:eastAsia="Arial" w:hAnsiTheme="majorHAnsi" w:cstheme="majorHAnsi"/>
              </w:rPr>
              <w:t>Organisation</w:t>
            </w:r>
            <w:proofErr w:type="spellEnd"/>
            <w:r w:rsidRPr="0030365C">
              <w:rPr>
                <w:rFonts w:asciiTheme="majorHAnsi" w:eastAsia="Arial" w:hAnsiTheme="majorHAnsi" w:cstheme="majorHAnsi"/>
              </w:rPr>
              <w:t>:</w:t>
            </w:r>
          </w:p>
          <w:p w14:paraId="7281D0CA" w14:textId="77777777" w:rsidR="00E94572" w:rsidRPr="0030365C" w:rsidRDefault="00E94572">
            <w:pPr>
              <w:widowControl w:val="0"/>
              <w:spacing w:after="0" w:line="300" w:lineRule="auto"/>
              <w:rPr>
                <w:rFonts w:asciiTheme="majorHAnsi" w:eastAsia="Arial" w:hAnsiTheme="majorHAnsi" w:cstheme="majorHAnsi"/>
              </w:rPr>
            </w:pPr>
          </w:p>
          <w:p w14:paraId="7933BB6F" w14:textId="77777777" w:rsidR="00E94572" w:rsidRPr="0030365C" w:rsidRDefault="00CB6566">
            <w:pPr>
              <w:widowControl w:val="0"/>
              <w:spacing w:after="0" w:line="300" w:lineRule="auto"/>
              <w:rPr>
                <w:rFonts w:asciiTheme="majorHAnsi" w:eastAsia="Arial" w:hAnsiTheme="majorHAnsi" w:cstheme="majorHAnsi"/>
              </w:rPr>
            </w:pPr>
            <w:r w:rsidRPr="0030365C">
              <w:rPr>
                <w:rFonts w:asciiTheme="majorHAnsi" w:eastAsia="Arial" w:hAnsiTheme="majorHAnsi" w:cstheme="majorHAnsi"/>
              </w:rPr>
              <w:t>Address:</w:t>
            </w:r>
          </w:p>
          <w:p w14:paraId="50AA7A73" w14:textId="77777777" w:rsidR="00E94572" w:rsidRPr="0030365C" w:rsidRDefault="00E94572">
            <w:pPr>
              <w:widowControl w:val="0"/>
              <w:spacing w:after="0" w:line="300" w:lineRule="auto"/>
              <w:rPr>
                <w:rFonts w:asciiTheme="majorHAnsi" w:eastAsia="Arial" w:hAnsiTheme="majorHAnsi" w:cstheme="majorHAnsi"/>
              </w:rPr>
            </w:pPr>
          </w:p>
          <w:p w14:paraId="3728619F" w14:textId="77777777" w:rsidR="00E94572" w:rsidRPr="0030365C" w:rsidRDefault="00CB6566">
            <w:pPr>
              <w:widowControl w:val="0"/>
              <w:spacing w:after="0" w:line="300" w:lineRule="auto"/>
              <w:rPr>
                <w:rFonts w:asciiTheme="majorHAnsi" w:eastAsia="Arial" w:hAnsiTheme="majorHAnsi" w:cstheme="majorHAnsi"/>
              </w:rPr>
            </w:pPr>
            <w:r w:rsidRPr="0030365C">
              <w:rPr>
                <w:rFonts w:asciiTheme="majorHAnsi" w:eastAsia="Arial" w:hAnsiTheme="majorHAnsi" w:cstheme="majorHAnsi"/>
              </w:rPr>
              <w:t>Email Address:</w:t>
            </w:r>
          </w:p>
          <w:p w14:paraId="2335F46B" w14:textId="77777777" w:rsidR="00E94572" w:rsidRPr="0030365C" w:rsidRDefault="00E94572">
            <w:pPr>
              <w:widowControl w:val="0"/>
              <w:spacing w:after="0" w:line="300" w:lineRule="auto"/>
              <w:rPr>
                <w:rFonts w:asciiTheme="majorHAnsi" w:eastAsia="Arial" w:hAnsiTheme="majorHAnsi" w:cstheme="majorHAnsi"/>
              </w:rPr>
            </w:pPr>
          </w:p>
          <w:p w14:paraId="67EE76AC" w14:textId="77777777" w:rsidR="00E94572" w:rsidRPr="0030365C" w:rsidRDefault="00CB6566">
            <w:pPr>
              <w:widowControl w:val="0"/>
              <w:spacing w:before="90" w:after="90" w:line="300" w:lineRule="auto"/>
              <w:rPr>
                <w:rFonts w:asciiTheme="majorHAnsi" w:eastAsia="Arial" w:hAnsiTheme="majorHAnsi" w:cstheme="majorHAnsi"/>
              </w:rPr>
            </w:pPr>
            <w:r w:rsidRPr="0030365C">
              <w:rPr>
                <w:rFonts w:asciiTheme="majorHAnsi" w:eastAsia="Arial" w:hAnsiTheme="majorHAnsi" w:cstheme="majorHAnsi"/>
              </w:rPr>
              <w:t>Telephone No:</w:t>
            </w:r>
          </w:p>
        </w:tc>
      </w:tr>
    </w:tbl>
    <w:p w14:paraId="50095B85" w14:textId="77777777" w:rsidR="0030365C" w:rsidRDefault="0030365C">
      <w:pPr>
        <w:pStyle w:val="Heading2"/>
        <w:keepNext w:val="0"/>
        <w:keepLines w:val="0"/>
        <w:widowControl w:val="0"/>
        <w:spacing w:before="300" w:after="195" w:line="300" w:lineRule="auto"/>
        <w:rPr>
          <w:rFonts w:ascii="Arial" w:eastAsia="Arial" w:hAnsi="Arial" w:cs="Arial"/>
          <w:color w:val="004D40"/>
          <w:sz w:val="28"/>
          <w:szCs w:val="28"/>
        </w:rPr>
      </w:pPr>
    </w:p>
    <w:p w14:paraId="7B1E4993" w14:textId="77777777" w:rsidR="0030365C" w:rsidRDefault="0030365C">
      <w:pPr>
        <w:rPr>
          <w:rFonts w:ascii="Arial" w:eastAsia="Arial" w:hAnsi="Arial" w:cs="Arial"/>
          <w:b/>
          <w:bCs/>
          <w:color w:val="004D40"/>
          <w:sz w:val="28"/>
          <w:szCs w:val="28"/>
        </w:rPr>
      </w:pPr>
      <w:r>
        <w:rPr>
          <w:rFonts w:ascii="Arial" w:eastAsia="Arial" w:hAnsi="Arial" w:cs="Arial"/>
          <w:color w:val="004D40"/>
          <w:sz w:val="28"/>
          <w:szCs w:val="28"/>
        </w:rPr>
        <w:br w:type="page"/>
      </w:r>
    </w:p>
    <w:p w14:paraId="6A7E2B2B" w14:textId="1208EAA4" w:rsidR="00E94572" w:rsidRDefault="00CB6566" w:rsidP="00830678">
      <w:pPr>
        <w:pStyle w:val="Heading2"/>
        <w:keepNext w:val="0"/>
        <w:keepLines w:val="0"/>
        <w:widowControl w:val="0"/>
        <w:spacing w:before="0" w:line="240" w:lineRule="auto"/>
        <w:rPr>
          <w:rFonts w:ascii="Arial" w:eastAsia="Arial" w:hAnsi="Arial" w:cs="Arial"/>
          <w:color w:val="004D40"/>
          <w:sz w:val="28"/>
          <w:szCs w:val="28"/>
        </w:rPr>
      </w:pPr>
      <w:r>
        <w:rPr>
          <w:rFonts w:ascii="Arial" w:eastAsia="Arial" w:hAnsi="Arial" w:cs="Arial"/>
          <w:color w:val="004D40"/>
          <w:sz w:val="28"/>
          <w:szCs w:val="28"/>
        </w:rPr>
        <w:lastRenderedPageBreak/>
        <w:t>HEALTH RECORD &amp; SAFEGUARDING DECLARATIONS</w:t>
      </w:r>
    </w:p>
    <w:p w14:paraId="60E907D6" w14:textId="04910917" w:rsidR="00830678" w:rsidRPr="00830678" w:rsidRDefault="0089264A" w:rsidP="00830678">
      <w:pPr>
        <w:spacing w:after="0" w:line="240" w:lineRule="auto"/>
      </w:pPr>
      <w:r>
        <w:pict w14:anchorId="66DE9899">
          <v:rect id="_x0000_i1037" style="width:0;height:1.5pt" o:hralign="center" o:hrstd="t" o:hr="t" fillcolor="#a0a0a0" stroked="f"/>
        </w:pict>
      </w:r>
    </w:p>
    <w:p w14:paraId="054B01C4" w14:textId="53F98EDA" w:rsidR="00E94572" w:rsidRDefault="00CB6566" w:rsidP="00830678">
      <w:pPr>
        <w:widowControl w:val="0"/>
        <w:spacing w:after="0" w:line="240" w:lineRule="auto"/>
        <w:rPr>
          <w:rFonts w:asciiTheme="majorHAnsi" w:eastAsia="Arial" w:hAnsiTheme="majorHAnsi" w:cstheme="majorHAnsi"/>
        </w:rPr>
      </w:pPr>
      <w:r w:rsidRPr="0030365C">
        <w:rPr>
          <w:rFonts w:asciiTheme="majorHAnsi" w:eastAsia="Arial" w:hAnsiTheme="majorHAnsi" w:cstheme="majorHAnsi"/>
        </w:rPr>
        <w:t>All appointments are subject to medical clearance by the School's Occupational Health Provider.</w:t>
      </w:r>
    </w:p>
    <w:p w14:paraId="3F8535AE" w14:textId="374F3091" w:rsidR="00607473" w:rsidRDefault="0089264A" w:rsidP="00607473">
      <w:pPr>
        <w:pStyle w:val="Heading2"/>
        <w:keepNext w:val="0"/>
        <w:keepLines w:val="0"/>
        <w:widowControl w:val="0"/>
        <w:spacing w:before="300" w:after="195" w:line="300" w:lineRule="auto"/>
        <w:rPr>
          <w:rFonts w:ascii="Arial" w:eastAsia="Arial" w:hAnsi="Arial" w:cs="Arial"/>
          <w:color w:val="004D40"/>
          <w:sz w:val="28"/>
          <w:szCs w:val="28"/>
        </w:rPr>
      </w:pPr>
      <w:r>
        <w:pict w14:anchorId="4B167339">
          <v:rect id="_x0000_i1038" style="width:0;height:1.5pt" o:hralign="center" o:hrstd="t" o:hr="t" fillcolor="#a0a0a0" stroked="f"/>
        </w:pict>
      </w:r>
    </w:p>
    <w:p w14:paraId="298F7A52" w14:textId="77777777" w:rsidR="00E94572" w:rsidRPr="00830678" w:rsidRDefault="00CB6566">
      <w:pPr>
        <w:widowControl w:val="0"/>
        <w:spacing w:after="0" w:line="300" w:lineRule="auto"/>
        <w:rPr>
          <w:rFonts w:asciiTheme="majorHAnsi" w:eastAsia="Arial" w:hAnsiTheme="majorHAnsi" w:cstheme="majorHAnsi"/>
          <w:b/>
          <w:bCs/>
          <w:sz w:val="24"/>
          <w:szCs w:val="24"/>
        </w:rPr>
      </w:pPr>
      <w:r w:rsidRPr="00830678">
        <w:rPr>
          <w:rFonts w:asciiTheme="majorHAnsi" w:eastAsia="Arial" w:hAnsiTheme="majorHAnsi" w:cstheme="majorHAnsi"/>
          <w:b/>
          <w:bCs/>
          <w:sz w:val="24"/>
          <w:szCs w:val="24"/>
        </w:rPr>
        <w:t>Rehabilitation of Offenders Act 1974 &amp; Exceptions Order 1975 (as amended 2013 and 2020)</w:t>
      </w:r>
    </w:p>
    <w:p w14:paraId="00546586" w14:textId="77777777" w:rsidR="00E94572" w:rsidRPr="0030365C" w:rsidRDefault="00CB6566">
      <w:pPr>
        <w:widowControl w:val="0"/>
        <w:spacing w:after="75" w:line="300" w:lineRule="auto"/>
        <w:rPr>
          <w:rFonts w:asciiTheme="majorHAnsi" w:eastAsia="Arial" w:hAnsiTheme="majorHAnsi" w:cstheme="majorHAnsi"/>
        </w:rPr>
      </w:pPr>
      <w:r w:rsidRPr="0030365C">
        <w:rPr>
          <w:rFonts w:asciiTheme="majorHAnsi" w:eastAsia="Arial" w:hAnsiTheme="majorHAnsi" w:cstheme="majorHAnsi"/>
        </w:rPr>
        <w:t>Cox Green School and Slough Town FC have a responsibility for and are committed to safeguarding and promoting the welfare of children, young people and vulnerable adults. This post is exempt from the Rehabilitation of Offenders Act and successful applicants will be subject to an enhanced DBS disclosure.</w:t>
      </w:r>
    </w:p>
    <w:p w14:paraId="031B2EC2" w14:textId="77777777" w:rsidR="00607473" w:rsidRDefault="00607473" w:rsidP="0030365C">
      <w:pPr>
        <w:widowControl w:val="0"/>
        <w:spacing w:after="0" w:line="300" w:lineRule="auto"/>
        <w:ind w:left="300"/>
        <w:rPr>
          <w:rFonts w:asciiTheme="majorHAnsi" w:eastAsia="Arial" w:hAnsiTheme="majorHAnsi" w:cstheme="majorHAnsi"/>
          <w:b/>
          <w:bCs/>
        </w:rPr>
      </w:pPr>
    </w:p>
    <w:p w14:paraId="40C76EF7" w14:textId="746934CA" w:rsidR="00E94572" w:rsidRDefault="00CB6566" w:rsidP="0030365C">
      <w:pPr>
        <w:widowControl w:val="0"/>
        <w:spacing w:after="0" w:line="300" w:lineRule="auto"/>
        <w:ind w:left="300"/>
        <w:rPr>
          <w:rFonts w:asciiTheme="majorHAnsi" w:eastAsia="Arial" w:hAnsiTheme="majorHAnsi" w:cstheme="majorHAnsi"/>
        </w:rPr>
      </w:pPr>
      <w:proofErr w:type="gramStart"/>
      <w:r w:rsidRPr="0030365C">
        <w:rPr>
          <w:rFonts w:asciiTheme="majorHAnsi" w:eastAsia="Arial" w:hAnsiTheme="majorHAnsi" w:cstheme="majorHAnsi"/>
          <w:b/>
          <w:bCs/>
        </w:rPr>
        <w:t>Do</w:t>
      </w:r>
      <w:proofErr w:type="gramEnd"/>
      <w:r w:rsidRPr="0030365C">
        <w:rPr>
          <w:rFonts w:asciiTheme="majorHAnsi" w:eastAsia="Arial" w:hAnsiTheme="majorHAnsi" w:cstheme="majorHAnsi"/>
          <w:b/>
          <w:bCs/>
        </w:rPr>
        <w:t xml:space="preserve"> you have a DBS certificate issued since 17 June 2013?</w:t>
      </w:r>
      <w:r w:rsidRPr="0030365C">
        <w:rPr>
          <w:rFonts w:asciiTheme="majorHAnsi" w:eastAsia="Arial" w:hAnsiTheme="majorHAnsi" w:cstheme="majorHAnsi"/>
        </w:rPr>
        <w:t xml:space="preserve"> </w:t>
      </w:r>
      <w:proofErr w:type="gramStart"/>
      <w:r w:rsidRPr="0030365C">
        <w:rPr>
          <w:rFonts w:asciiTheme="majorHAnsi" w:eastAsia="Arial" w:hAnsiTheme="majorHAnsi" w:cstheme="majorHAnsi"/>
        </w:rPr>
        <w:t>[ ]</w:t>
      </w:r>
      <w:proofErr w:type="gramEnd"/>
      <w:r w:rsidRPr="0030365C">
        <w:rPr>
          <w:rFonts w:asciiTheme="majorHAnsi" w:eastAsia="Arial" w:hAnsiTheme="majorHAnsi" w:cstheme="majorHAnsi"/>
        </w:rPr>
        <w:t xml:space="preserve"> Yes </w:t>
      </w:r>
      <w:proofErr w:type="gramStart"/>
      <w:r w:rsidRPr="0030365C">
        <w:rPr>
          <w:rFonts w:asciiTheme="majorHAnsi" w:eastAsia="Arial" w:hAnsiTheme="majorHAnsi" w:cstheme="majorHAnsi"/>
        </w:rPr>
        <w:t>   [</w:t>
      </w:r>
      <w:proofErr w:type="gramEnd"/>
      <w:r w:rsidRPr="0030365C">
        <w:rPr>
          <w:rFonts w:asciiTheme="majorHAnsi" w:eastAsia="Arial" w:hAnsiTheme="majorHAnsi" w:cstheme="majorHAnsi"/>
        </w:rPr>
        <w:t xml:space="preserve"> ] No</w:t>
      </w:r>
      <w:r w:rsidRPr="0030365C">
        <w:rPr>
          <w:rFonts w:asciiTheme="majorHAnsi" w:eastAsia="Arial" w:hAnsiTheme="majorHAnsi" w:cstheme="majorHAnsi"/>
        </w:rPr>
        <w:br/>
        <w:t>If yes, certificate number: ___________________________</w:t>
      </w:r>
    </w:p>
    <w:p w14:paraId="41E3DF2A" w14:textId="77777777" w:rsidR="00607473" w:rsidRPr="0030365C" w:rsidRDefault="00607473" w:rsidP="0030365C">
      <w:pPr>
        <w:widowControl w:val="0"/>
        <w:spacing w:after="0" w:line="300" w:lineRule="auto"/>
        <w:ind w:left="300"/>
        <w:rPr>
          <w:rFonts w:asciiTheme="majorHAnsi" w:eastAsia="Arial" w:hAnsiTheme="majorHAnsi" w:cstheme="majorHAnsi"/>
        </w:rPr>
      </w:pPr>
    </w:p>
    <w:p w14:paraId="1F0AB009" w14:textId="77777777" w:rsidR="00607473" w:rsidRDefault="00CB6566" w:rsidP="0030365C">
      <w:pPr>
        <w:widowControl w:val="0"/>
        <w:spacing w:after="0" w:line="300" w:lineRule="auto"/>
        <w:ind w:left="300"/>
        <w:rPr>
          <w:rFonts w:asciiTheme="majorHAnsi" w:eastAsia="Arial" w:hAnsiTheme="majorHAnsi" w:cstheme="majorHAnsi"/>
        </w:rPr>
      </w:pPr>
      <w:r w:rsidRPr="0030365C">
        <w:rPr>
          <w:rFonts w:asciiTheme="majorHAnsi" w:eastAsia="Arial" w:hAnsiTheme="majorHAnsi" w:cstheme="majorHAnsi"/>
          <w:b/>
          <w:bCs/>
        </w:rPr>
        <w:t>Are you registered with the DBS Update service?</w:t>
      </w:r>
      <w:r w:rsidRPr="0030365C">
        <w:rPr>
          <w:rFonts w:asciiTheme="majorHAnsi" w:eastAsia="Arial" w:hAnsiTheme="majorHAnsi" w:cstheme="majorHAnsi"/>
        </w:rPr>
        <w:t xml:space="preserve"> </w:t>
      </w:r>
      <w:proofErr w:type="gramStart"/>
      <w:r w:rsidRPr="0030365C">
        <w:rPr>
          <w:rFonts w:asciiTheme="majorHAnsi" w:eastAsia="Arial" w:hAnsiTheme="majorHAnsi" w:cstheme="majorHAnsi"/>
        </w:rPr>
        <w:t>[ ]</w:t>
      </w:r>
      <w:proofErr w:type="gramEnd"/>
      <w:r w:rsidRPr="0030365C">
        <w:rPr>
          <w:rFonts w:asciiTheme="majorHAnsi" w:eastAsia="Arial" w:hAnsiTheme="majorHAnsi" w:cstheme="majorHAnsi"/>
        </w:rPr>
        <w:t xml:space="preserve"> Yes </w:t>
      </w:r>
      <w:proofErr w:type="gramStart"/>
      <w:r w:rsidRPr="0030365C">
        <w:rPr>
          <w:rFonts w:asciiTheme="majorHAnsi" w:eastAsia="Arial" w:hAnsiTheme="majorHAnsi" w:cstheme="majorHAnsi"/>
        </w:rPr>
        <w:t>   [</w:t>
      </w:r>
      <w:proofErr w:type="gramEnd"/>
      <w:r w:rsidRPr="0030365C">
        <w:rPr>
          <w:rFonts w:asciiTheme="majorHAnsi" w:eastAsia="Arial" w:hAnsiTheme="majorHAnsi" w:cstheme="majorHAnsi"/>
        </w:rPr>
        <w:t xml:space="preserve"> ] No</w:t>
      </w:r>
    </w:p>
    <w:p w14:paraId="3DF8D6CB" w14:textId="5DF51A9C" w:rsidR="00E94572" w:rsidRDefault="00CB6566" w:rsidP="0030365C">
      <w:pPr>
        <w:widowControl w:val="0"/>
        <w:spacing w:after="0" w:line="300" w:lineRule="auto"/>
        <w:ind w:left="300"/>
        <w:rPr>
          <w:rFonts w:asciiTheme="majorHAnsi" w:eastAsia="Arial" w:hAnsiTheme="majorHAnsi" w:cstheme="majorHAnsi"/>
        </w:rPr>
      </w:pPr>
      <w:r w:rsidRPr="0030365C">
        <w:rPr>
          <w:rFonts w:asciiTheme="majorHAnsi" w:eastAsia="Arial" w:hAnsiTheme="majorHAnsi" w:cstheme="majorHAnsi"/>
        </w:rPr>
        <w:br/>
        <w:t xml:space="preserve">If yes, do you consent to checking status via update service? </w:t>
      </w:r>
      <w:proofErr w:type="gramStart"/>
      <w:r w:rsidRPr="0030365C">
        <w:rPr>
          <w:rFonts w:asciiTheme="majorHAnsi" w:eastAsia="Arial" w:hAnsiTheme="majorHAnsi" w:cstheme="majorHAnsi"/>
        </w:rPr>
        <w:t>[ ]</w:t>
      </w:r>
      <w:proofErr w:type="gramEnd"/>
      <w:r w:rsidRPr="0030365C">
        <w:rPr>
          <w:rFonts w:asciiTheme="majorHAnsi" w:eastAsia="Arial" w:hAnsiTheme="majorHAnsi" w:cstheme="majorHAnsi"/>
        </w:rPr>
        <w:t xml:space="preserve"> Yes </w:t>
      </w:r>
      <w:proofErr w:type="gramStart"/>
      <w:r w:rsidRPr="0030365C">
        <w:rPr>
          <w:rFonts w:asciiTheme="majorHAnsi" w:eastAsia="Arial" w:hAnsiTheme="majorHAnsi" w:cstheme="majorHAnsi"/>
        </w:rPr>
        <w:t>   [</w:t>
      </w:r>
      <w:proofErr w:type="gramEnd"/>
      <w:r w:rsidRPr="0030365C">
        <w:rPr>
          <w:rFonts w:asciiTheme="majorHAnsi" w:eastAsia="Arial" w:hAnsiTheme="majorHAnsi" w:cstheme="majorHAnsi"/>
        </w:rPr>
        <w:t xml:space="preserve"> ] No</w:t>
      </w:r>
    </w:p>
    <w:p w14:paraId="1A3D2798" w14:textId="77777777" w:rsidR="00607473" w:rsidRPr="0030365C" w:rsidRDefault="00607473" w:rsidP="0030365C">
      <w:pPr>
        <w:widowControl w:val="0"/>
        <w:spacing w:after="0" w:line="300" w:lineRule="auto"/>
        <w:ind w:left="300"/>
        <w:rPr>
          <w:rFonts w:asciiTheme="majorHAnsi" w:eastAsia="Arial" w:hAnsiTheme="majorHAnsi" w:cstheme="majorHAnsi"/>
        </w:rPr>
      </w:pPr>
    </w:p>
    <w:p w14:paraId="0E55028A" w14:textId="77777777" w:rsidR="00E94572" w:rsidRDefault="00CB6566" w:rsidP="0030365C">
      <w:pPr>
        <w:widowControl w:val="0"/>
        <w:spacing w:after="0" w:line="300" w:lineRule="auto"/>
        <w:ind w:left="300"/>
        <w:rPr>
          <w:rFonts w:asciiTheme="majorHAnsi" w:eastAsia="Arial" w:hAnsiTheme="majorHAnsi" w:cstheme="majorHAnsi"/>
        </w:rPr>
      </w:pPr>
      <w:r w:rsidRPr="0030365C">
        <w:rPr>
          <w:rFonts w:asciiTheme="majorHAnsi" w:eastAsia="Arial" w:hAnsiTheme="majorHAnsi" w:cstheme="majorHAnsi"/>
          <w:b/>
          <w:bCs/>
        </w:rPr>
        <w:t>Do you have any unspent conditional cautions or convictions?</w:t>
      </w:r>
      <w:r w:rsidRPr="0030365C">
        <w:rPr>
          <w:rFonts w:asciiTheme="majorHAnsi" w:eastAsia="Arial" w:hAnsiTheme="majorHAnsi" w:cstheme="majorHAnsi"/>
        </w:rPr>
        <w:t xml:space="preserve"> </w:t>
      </w:r>
      <w:proofErr w:type="gramStart"/>
      <w:r w:rsidRPr="0030365C">
        <w:rPr>
          <w:rFonts w:asciiTheme="majorHAnsi" w:eastAsia="Arial" w:hAnsiTheme="majorHAnsi" w:cstheme="majorHAnsi"/>
        </w:rPr>
        <w:t>[ ]</w:t>
      </w:r>
      <w:proofErr w:type="gramEnd"/>
      <w:r w:rsidRPr="0030365C">
        <w:rPr>
          <w:rFonts w:asciiTheme="majorHAnsi" w:eastAsia="Arial" w:hAnsiTheme="majorHAnsi" w:cstheme="majorHAnsi"/>
        </w:rPr>
        <w:t xml:space="preserve"> Yes </w:t>
      </w:r>
      <w:proofErr w:type="gramStart"/>
      <w:r w:rsidRPr="0030365C">
        <w:rPr>
          <w:rFonts w:asciiTheme="majorHAnsi" w:eastAsia="Arial" w:hAnsiTheme="majorHAnsi" w:cstheme="majorHAnsi"/>
        </w:rPr>
        <w:t>   [</w:t>
      </w:r>
      <w:proofErr w:type="gramEnd"/>
      <w:r w:rsidRPr="0030365C">
        <w:rPr>
          <w:rFonts w:asciiTheme="majorHAnsi" w:eastAsia="Arial" w:hAnsiTheme="majorHAnsi" w:cstheme="majorHAnsi"/>
        </w:rPr>
        <w:t xml:space="preserve"> ] No</w:t>
      </w:r>
    </w:p>
    <w:p w14:paraId="14DB64FE" w14:textId="77777777" w:rsidR="00607473" w:rsidRPr="0030365C" w:rsidRDefault="00607473" w:rsidP="0030365C">
      <w:pPr>
        <w:widowControl w:val="0"/>
        <w:spacing w:after="0" w:line="300" w:lineRule="auto"/>
        <w:ind w:left="300"/>
        <w:rPr>
          <w:rFonts w:asciiTheme="majorHAnsi" w:eastAsia="Arial" w:hAnsiTheme="majorHAnsi" w:cstheme="majorHAnsi"/>
        </w:rPr>
      </w:pPr>
    </w:p>
    <w:p w14:paraId="6E4F24F9" w14:textId="77777777" w:rsidR="00E94572" w:rsidRPr="0030365C" w:rsidRDefault="00CB6566" w:rsidP="0030365C">
      <w:pPr>
        <w:widowControl w:val="0"/>
        <w:spacing w:after="60" w:line="300" w:lineRule="auto"/>
        <w:ind w:left="300"/>
        <w:rPr>
          <w:rFonts w:asciiTheme="majorHAnsi" w:eastAsia="Arial" w:hAnsiTheme="majorHAnsi" w:cstheme="majorHAnsi"/>
        </w:rPr>
      </w:pPr>
      <w:r w:rsidRPr="0030365C">
        <w:rPr>
          <w:rFonts w:asciiTheme="majorHAnsi" w:eastAsia="Arial" w:hAnsiTheme="majorHAnsi" w:cstheme="majorHAnsi"/>
          <w:b/>
          <w:bCs/>
        </w:rPr>
        <w:t>Do you have any adult cautions or spent convictions not protected?</w:t>
      </w:r>
      <w:r w:rsidRPr="0030365C">
        <w:rPr>
          <w:rFonts w:asciiTheme="majorHAnsi" w:eastAsia="Arial" w:hAnsiTheme="majorHAnsi" w:cstheme="majorHAnsi"/>
        </w:rPr>
        <w:t xml:space="preserve"> </w:t>
      </w:r>
      <w:proofErr w:type="gramStart"/>
      <w:r w:rsidRPr="0030365C">
        <w:rPr>
          <w:rFonts w:asciiTheme="majorHAnsi" w:eastAsia="Arial" w:hAnsiTheme="majorHAnsi" w:cstheme="majorHAnsi"/>
        </w:rPr>
        <w:t>[ ]</w:t>
      </w:r>
      <w:proofErr w:type="gramEnd"/>
      <w:r w:rsidRPr="0030365C">
        <w:rPr>
          <w:rFonts w:asciiTheme="majorHAnsi" w:eastAsia="Arial" w:hAnsiTheme="majorHAnsi" w:cstheme="majorHAnsi"/>
        </w:rPr>
        <w:t xml:space="preserve"> Yes </w:t>
      </w:r>
      <w:proofErr w:type="gramStart"/>
      <w:r w:rsidRPr="0030365C">
        <w:rPr>
          <w:rFonts w:asciiTheme="majorHAnsi" w:eastAsia="Arial" w:hAnsiTheme="majorHAnsi" w:cstheme="majorHAnsi"/>
        </w:rPr>
        <w:t>   [</w:t>
      </w:r>
      <w:proofErr w:type="gramEnd"/>
      <w:r w:rsidRPr="0030365C">
        <w:rPr>
          <w:rFonts w:asciiTheme="majorHAnsi" w:eastAsia="Arial" w:hAnsiTheme="majorHAnsi" w:cstheme="majorHAnsi"/>
        </w:rPr>
        <w:t xml:space="preserve"> ] No</w:t>
      </w:r>
    </w:p>
    <w:p w14:paraId="6D4A512D" w14:textId="77777777" w:rsidR="00E94572" w:rsidRDefault="00CB6566" w:rsidP="00830678">
      <w:pPr>
        <w:pStyle w:val="Heading2"/>
        <w:keepNext w:val="0"/>
        <w:keepLines w:val="0"/>
        <w:widowControl w:val="0"/>
        <w:spacing w:before="300" w:after="195" w:line="240" w:lineRule="auto"/>
        <w:rPr>
          <w:rFonts w:ascii="Arial" w:eastAsia="Arial" w:hAnsi="Arial" w:cs="Arial"/>
          <w:color w:val="004D40"/>
          <w:sz w:val="28"/>
          <w:szCs w:val="28"/>
        </w:rPr>
      </w:pPr>
      <w:r>
        <w:rPr>
          <w:rFonts w:ascii="Arial" w:eastAsia="Arial" w:hAnsi="Arial" w:cs="Arial"/>
          <w:color w:val="004D40"/>
          <w:sz w:val="28"/>
          <w:szCs w:val="28"/>
        </w:rPr>
        <w:t>DECLARATION</w:t>
      </w:r>
    </w:p>
    <w:p w14:paraId="4313794B" w14:textId="558F140C" w:rsidR="00830678" w:rsidRPr="00830678" w:rsidRDefault="0089264A" w:rsidP="00830678">
      <w:pPr>
        <w:spacing w:line="240" w:lineRule="auto"/>
      </w:pPr>
      <w:r>
        <w:pict w14:anchorId="5D20FCCC">
          <v:rect id="_x0000_i1039" style="width:0;height:1.5pt" o:hralign="center" o:hrstd="t" o:hr="t" fillcolor="#a0a0a0" stroked="f"/>
        </w:pict>
      </w:r>
    </w:p>
    <w:p w14:paraId="7924AEEF" w14:textId="77777777" w:rsidR="00E94572" w:rsidRDefault="00CB6566" w:rsidP="00830678">
      <w:pPr>
        <w:widowControl w:val="0"/>
        <w:spacing w:after="0" w:line="240" w:lineRule="auto"/>
        <w:ind w:left="150" w:right="150"/>
        <w:rPr>
          <w:rFonts w:asciiTheme="majorHAnsi" w:eastAsia="Arial" w:hAnsiTheme="majorHAnsi" w:cstheme="majorHAnsi"/>
          <w:shd w:val="clear" w:color="auto" w:fill="F9F9F9"/>
        </w:rPr>
      </w:pPr>
      <w:r w:rsidRPr="00607473">
        <w:rPr>
          <w:rFonts w:asciiTheme="majorHAnsi" w:eastAsia="Arial" w:hAnsiTheme="majorHAnsi" w:cstheme="majorHAnsi"/>
          <w:shd w:val="clear" w:color="auto" w:fill="F9F9F9"/>
        </w:rPr>
        <w:t>I consent to processing sensitive personal data relating to me for the purpose of managing my application, provided that such processing is in accordance with the GDPR 2016 and Data Protection Act 2018. I declare that the information on this application form is true in all respects and understand that withholding relevant details or giving false information may result in my application being withdrawn or dismissal if appointed.</w:t>
      </w:r>
    </w:p>
    <w:p w14:paraId="55E75992" w14:textId="77777777" w:rsidR="00607473" w:rsidRDefault="00607473">
      <w:pPr>
        <w:widowControl w:val="0"/>
        <w:spacing w:after="0" w:line="300" w:lineRule="auto"/>
        <w:ind w:left="150" w:right="150"/>
        <w:rPr>
          <w:rFonts w:asciiTheme="majorHAnsi" w:eastAsia="Arial" w:hAnsiTheme="majorHAnsi" w:cstheme="majorHAnsi"/>
          <w:shd w:val="clear" w:color="auto" w:fill="F9F9F9"/>
        </w:rPr>
      </w:pPr>
    </w:p>
    <w:p w14:paraId="019C9CC9" w14:textId="77777777" w:rsidR="00830678" w:rsidRPr="00607473" w:rsidRDefault="00830678">
      <w:pPr>
        <w:widowControl w:val="0"/>
        <w:spacing w:after="0" w:line="300" w:lineRule="auto"/>
        <w:ind w:left="150" w:right="150"/>
        <w:rPr>
          <w:rFonts w:asciiTheme="majorHAnsi" w:eastAsia="Arial" w:hAnsiTheme="majorHAnsi" w:cstheme="majorHAnsi"/>
          <w:shd w:val="clear" w:color="auto" w:fill="F9F9F9"/>
        </w:rPr>
      </w:pPr>
    </w:p>
    <w:p w14:paraId="0F580FF2" w14:textId="77777777" w:rsidR="00E94572" w:rsidRDefault="00E94572">
      <w:pPr>
        <w:widowControl w:val="0"/>
        <w:spacing w:after="0" w:line="300" w:lineRule="auto"/>
        <w:ind w:left="150" w:right="150"/>
        <w:rPr>
          <w:rFonts w:ascii="Arial" w:eastAsia="Arial" w:hAnsi="Arial" w:cs="Arial"/>
          <w:sz w:val="20"/>
          <w:szCs w:val="20"/>
          <w:shd w:val="clear" w:color="auto" w:fill="F9F9F9"/>
        </w:rPr>
      </w:pPr>
    </w:p>
    <w:p w14:paraId="406879FA" w14:textId="77777777" w:rsidR="00E94572" w:rsidRPr="00607473" w:rsidRDefault="00CB6566">
      <w:pPr>
        <w:widowControl w:val="0"/>
        <w:spacing w:after="0" w:line="300" w:lineRule="auto"/>
        <w:ind w:left="150" w:right="150"/>
        <w:rPr>
          <w:rFonts w:asciiTheme="majorHAnsi" w:eastAsia="Arial" w:hAnsiTheme="majorHAnsi" w:cstheme="majorHAnsi"/>
          <w:shd w:val="clear" w:color="auto" w:fill="F9F9F9"/>
        </w:rPr>
      </w:pPr>
      <w:r w:rsidRPr="00607473">
        <w:rPr>
          <w:rFonts w:asciiTheme="majorHAnsi" w:eastAsia="Arial" w:hAnsiTheme="majorHAnsi" w:cstheme="majorHAnsi"/>
          <w:b/>
          <w:bCs/>
          <w:shd w:val="clear" w:color="auto" w:fill="F9F9F9"/>
        </w:rPr>
        <w:t>Signed:</w:t>
      </w:r>
      <w:r w:rsidRPr="00607473">
        <w:rPr>
          <w:rFonts w:asciiTheme="majorHAnsi" w:eastAsia="Arial" w:hAnsiTheme="majorHAnsi" w:cstheme="majorHAnsi"/>
          <w:shd w:val="clear" w:color="auto" w:fill="F9F9F9"/>
        </w:rPr>
        <w:t xml:space="preserve"> ____________________________________</w:t>
      </w:r>
      <w:proofErr w:type="gramStart"/>
      <w:r w:rsidRPr="00607473">
        <w:rPr>
          <w:rFonts w:asciiTheme="majorHAnsi" w:eastAsia="Arial" w:hAnsiTheme="majorHAnsi" w:cstheme="majorHAnsi"/>
          <w:shd w:val="clear" w:color="auto" w:fill="F9F9F9"/>
        </w:rPr>
        <w:t xml:space="preserve">                  </w:t>
      </w:r>
      <w:r w:rsidRPr="00607473">
        <w:rPr>
          <w:rFonts w:asciiTheme="majorHAnsi" w:eastAsia="Arial" w:hAnsiTheme="majorHAnsi" w:cstheme="majorHAnsi"/>
          <w:b/>
          <w:bCs/>
          <w:shd w:val="clear" w:color="auto" w:fill="F9F9F9"/>
        </w:rPr>
        <w:t>Date:</w:t>
      </w:r>
      <w:r w:rsidRPr="00607473">
        <w:rPr>
          <w:rFonts w:asciiTheme="majorHAnsi" w:eastAsia="Arial" w:hAnsiTheme="majorHAnsi" w:cstheme="majorHAnsi"/>
          <w:shd w:val="clear" w:color="auto" w:fill="F9F9F9"/>
        </w:rPr>
        <w:t xml:space="preserve"> </w:t>
      </w:r>
      <w:proofErr w:type="gramEnd"/>
      <w:r w:rsidRPr="00607473">
        <w:rPr>
          <w:rFonts w:asciiTheme="majorHAnsi" w:eastAsia="Arial" w:hAnsiTheme="majorHAnsi" w:cstheme="majorHAnsi"/>
          <w:shd w:val="clear" w:color="auto" w:fill="F9F9F9"/>
        </w:rPr>
        <w:t>________________________</w:t>
      </w:r>
    </w:p>
    <w:p w14:paraId="32E54C6E" w14:textId="77777777" w:rsidR="00607473" w:rsidRDefault="00607473">
      <w:pPr>
        <w:rPr>
          <w:rFonts w:ascii="Arial" w:eastAsia="Arial" w:hAnsi="Arial" w:cs="Arial"/>
          <w:b/>
          <w:bCs/>
          <w:color w:val="004D40"/>
          <w:sz w:val="28"/>
          <w:szCs w:val="28"/>
        </w:rPr>
      </w:pPr>
      <w:r>
        <w:rPr>
          <w:rFonts w:ascii="Arial" w:eastAsia="Arial" w:hAnsi="Arial" w:cs="Arial"/>
          <w:color w:val="004D40"/>
          <w:sz w:val="28"/>
          <w:szCs w:val="28"/>
        </w:rPr>
        <w:br w:type="page"/>
      </w:r>
    </w:p>
    <w:p w14:paraId="031C351B" w14:textId="4D7C4163" w:rsidR="00E94572" w:rsidRDefault="00CB6566" w:rsidP="00830678">
      <w:pPr>
        <w:pStyle w:val="Heading2"/>
        <w:keepNext w:val="0"/>
        <w:keepLines w:val="0"/>
        <w:widowControl w:val="0"/>
        <w:spacing w:before="0" w:line="240" w:lineRule="auto"/>
        <w:rPr>
          <w:rFonts w:ascii="Arial" w:eastAsia="Arial" w:hAnsi="Arial" w:cs="Arial"/>
          <w:color w:val="004D40"/>
          <w:sz w:val="28"/>
          <w:szCs w:val="28"/>
        </w:rPr>
      </w:pPr>
      <w:r>
        <w:rPr>
          <w:rFonts w:ascii="Arial" w:eastAsia="Arial" w:hAnsi="Arial" w:cs="Arial"/>
          <w:color w:val="004D40"/>
          <w:sz w:val="28"/>
          <w:szCs w:val="28"/>
        </w:rPr>
        <w:lastRenderedPageBreak/>
        <w:t>EQUAL OPPORTUNITIES MONITORING</w:t>
      </w:r>
    </w:p>
    <w:p w14:paraId="6C2DF2A5" w14:textId="77777777" w:rsidR="00E94572" w:rsidRDefault="0089264A" w:rsidP="00830678">
      <w:pPr>
        <w:widowControl w:val="0"/>
        <w:spacing w:after="0" w:line="240" w:lineRule="auto"/>
        <w:rPr>
          <w:rFonts w:ascii="Arial" w:eastAsia="Arial" w:hAnsi="Arial" w:cs="Arial"/>
          <w:sz w:val="20"/>
          <w:szCs w:val="20"/>
        </w:rPr>
      </w:pPr>
      <w:r>
        <w:pict w14:anchorId="3898700F">
          <v:rect id="_x0000_i1040" style="width:0;height:1.5pt" o:hralign="center" o:bullet="t" o:hrstd="t" o:hr="t" fillcolor="#a0a0a0" stroked="f"/>
        </w:pict>
      </w:r>
      <w:r w:rsidR="00CB6566">
        <w:rPr>
          <w:rFonts w:ascii="Arial" w:eastAsia="Arial" w:hAnsi="Arial" w:cs="Arial"/>
          <w:sz w:val="20"/>
          <w:szCs w:val="20"/>
        </w:rPr>
        <w:t>This section will be detached prior to shortlisting and interviewing.</w:t>
      </w:r>
    </w:p>
    <w:p w14:paraId="79FBC5A6" w14:textId="77777777" w:rsidR="00830678" w:rsidRDefault="00830678" w:rsidP="00830678">
      <w:pPr>
        <w:widowControl w:val="0"/>
        <w:spacing w:after="0" w:line="240" w:lineRule="auto"/>
        <w:rPr>
          <w:rFonts w:ascii="Arial" w:eastAsia="Arial" w:hAnsi="Arial" w:cs="Arial"/>
          <w:sz w:val="20"/>
          <w:szCs w:val="20"/>
        </w:rPr>
      </w:pPr>
    </w:p>
    <w:tbl>
      <w:tblPr>
        <w:tblStyle w:val="a3"/>
        <w:tblW w:w="936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2808"/>
        <w:gridCol w:w="6552"/>
      </w:tblGrid>
      <w:tr w:rsidR="00E94572" w14:paraId="6FFE329C" w14:textId="77777777">
        <w:tc>
          <w:tcPr>
            <w:tcW w:w="2808"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39C299BB" w14:textId="77777777" w:rsidR="00E94572" w:rsidRDefault="00CB6566">
            <w:pPr>
              <w:widowControl w:val="0"/>
              <w:spacing w:before="90" w:after="90" w:line="300" w:lineRule="auto"/>
              <w:rPr>
                <w:rFonts w:ascii="Arial" w:eastAsia="Arial" w:hAnsi="Arial" w:cs="Arial"/>
                <w:b/>
                <w:bCs/>
                <w:sz w:val="20"/>
                <w:szCs w:val="20"/>
              </w:rPr>
            </w:pPr>
            <w:r>
              <w:rPr>
                <w:rFonts w:ascii="Arial" w:eastAsia="Arial" w:hAnsi="Arial" w:cs="Arial"/>
                <w:b/>
                <w:bCs/>
                <w:sz w:val="20"/>
                <w:szCs w:val="20"/>
              </w:rPr>
              <w:t>Ethnic Origin:</w:t>
            </w:r>
          </w:p>
        </w:tc>
        <w:tc>
          <w:tcPr>
            <w:tcW w:w="6552"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79907A2A" w14:textId="77777777" w:rsidR="00E94572" w:rsidRDefault="00CB6566">
            <w:pPr>
              <w:widowControl w:val="0"/>
              <w:spacing w:after="0" w:line="300" w:lineRule="auto"/>
              <w:rPr>
                <w:rFonts w:ascii="Arial" w:eastAsia="Arial" w:hAnsi="Arial" w:cs="Arial"/>
                <w:sz w:val="20"/>
                <w:szCs w:val="20"/>
              </w:rPr>
            </w:pPr>
            <w:proofErr w:type="gramStart"/>
            <w:r>
              <w:rPr>
                <w:rFonts w:ascii="Arial" w:eastAsia="Arial" w:hAnsi="Arial" w:cs="Arial"/>
                <w:sz w:val="20"/>
                <w:szCs w:val="20"/>
              </w:rPr>
              <w:t>[ ]</w:t>
            </w:r>
            <w:proofErr w:type="gramEnd"/>
            <w:r>
              <w:rPr>
                <w:rFonts w:ascii="Arial" w:eastAsia="Arial" w:hAnsi="Arial" w:cs="Arial"/>
                <w:sz w:val="20"/>
                <w:szCs w:val="20"/>
              </w:rPr>
              <w:t xml:space="preserve"> Asian / Asian British  </w:t>
            </w:r>
            <w:proofErr w:type="gramStart"/>
            <w:r>
              <w:rPr>
                <w:rFonts w:ascii="Arial" w:eastAsia="Arial" w:hAnsi="Arial" w:cs="Arial"/>
                <w:sz w:val="20"/>
                <w:szCs w:val="20"/>
              </w:rPr>
              <w:t>   [</w:t>
            </w:r>
            <w:proofErr w:type="gramEnd"/>
            <w:r>
              <w:rPr>
                <w:rFonts w:ascii="Arial" w:eastAsia="Arial" w:hAnsi="Arial" w:cs="Arial"/>
                <w:sz w:val="20"/>
                <w:szCs w:val="20"/>
              </w:rPr>
              <w:t xml:space="preserve"> ] Black / Black British  </w:t>
            </w:r>
            <w:proofErr w:type="gramStart"/>
            <w:r>
              <w:rPr>
                <w:rFonts w:ascii="Arial" w:eastAsia="Arial" w:hAnsi="Arial" w:cs="Arial"/>
                <w:sz w:val="20"/>
                <w:szCs w:val="20"/>
              </w:rPr>
              <w:t>   [</w:t>
            </w:r>
            <w:proofErr w:type="gramEnd"/>
            <w:r>
              <w:rPr>
                <w:rFonts w:ascii="Arial" w:eastAsia="Arial" w:hAnsi="Arial" w:cs="Arial"/>
                <w:sz w:val="20"/>
                <w:szCs w:val="20"/>
              </w:rPr>
              <w:t xml:space="preserve"> ] White British / Irish / Other</w:t>
            </w:r>
          </w:p>
          <w:p w14:paraId="36AB984A" w14:textId="77777777" w:rsidR="00E94572" w:rsidRDefault="00CB6566">
            <w:pPr>
              <w:widowControl w:val="0"/>
              <w:spacing w:before="90" w:after="90" w:line="300" w:lineRule="auto"/>
              <w:rPr>
                <w:rFonts w:ascii="Arial" w:eastAsia="Arial" w:hAnsi="Arial" w:cs="Arial"/>
                <w:sz w:val="20"/>
                <w:szCs w:val="20"/>
              </w:rPr>
            </w:pPr>
            <w:proofErr w:type="gramStart"/>
            <w:r>
              <w:rPr>
                <w:rFonts w:ascii="Arial" w:eastAsia="Arial" w:hAnsi="Arial" w:cs="Arial"/>
                <w:sz w:val="20"/>
                <w:szCs w:val="20"/>
              </w:rPr>
              <w:t>[ ]</w:t>
            </w:r>
            <w:proofErr w:type="gramEnd"/>
            <w:r>
              <w:rPr>
                <w:rFonts w:ascii="Arial" w:eastAsia="Arial" w:hAnsi="Arial" w:cs="Arial"/>
                <w:sz w:val="20"/>
                <w:szCs w:val="20"/>
              </w:rPr>
              <w:t xml:space="preserve"> Mixed / Multiple Ethnic Groups  </w:t>
            </w:r>
            <w:proofErr w:type="gramStart"/>
            <w:r>
              <w:rPr>
                <w:rFonts w:ascii="Arial" w:eastAsia="Arial" w:hAnsi="Arial" w:cs="Arial"/>
                <w:sz w:val="20"/>
                <w:szCs w:val="20"/>
              </w:rPr>
              <w:t>   [</w:t>
            </w:r>
            <w:proofErr w:type="gramEnd"/>
            <w:r>
              <w:rPr>
                <w:rFonts w:ascii="Arial" w:eastAsia="Arial" w:hAnsi="Arial" w:cs="Arial"/>
                <w:sz w:val="20"/>
                <w:szCs w:val="20"/>
              </w:rPr>
              <w:t xml:space="preserve"> ] Chinese or Other Ethnic Group</w:t>
            </w:r>
          </w:p>
        </w:tc>
      </w:tr>
      <w:tr w:rsidR="00E94572" w14:paraId="6451DD38" w14:textId="77777777">
        <w:tc>
          <w:tcPr>
            <w:tcW w:w="2808"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05E881D0" w14:textId="77777777" w:rsidR="00E94572" w:rsidRDefault="00CB6566">
            <w:pPr>
              <w:widowControl w:val="0"/>
              <w:spacing w:before="90" w:after="90" w:line="300" w:lineRule="auto"/>
              <w:rPr>
                <w:rFonts w:ascii="Arial" w:eastAsia="Arial" w:hAnsi="Arial" w:cs="Arial"/>
                <w:b/>
                <w:bCs/>
                <w:sz w:val="20"/>
                <w:szCs w:val="20"/>
              </w:rPr>
            </w:pPr>
            <w:r>
              <w:rPr>
                <w:rFonts w:ascii="Arial" w:eastAsia="Arial" w:hAnsi="Arial" w:cs="Arial"/>
                <w:b/>
                <w:bCs/>
                <w:sz w:val="20"/>
                <w:szCs w:val="20"/>
              </w:rPr>
              <w:t>Disability Confident Scheme:</w:t>
            </w:r>
          </w:p>
        </w:tc>
        <w:tc>
          <w:tcPr>
            <w:tcW w:w="6552" w:type="dxa"/>
            <w:tcBorders>
              <w:top w:val="single" w:sz="6" w:space="0" w:color="CCCCCC"/>
              <w:left w:val="single" w:sz="6" w:space="0" w:color="CCCCCC"/>
              <w:bottom w:val="single" w:sz="6" w:space="0" w:color="CCCCCC"/>
              <w:right w:val="single" w:sz="6" w:space="0" w:color="CCCCCC"/>
            </w:tcBorders>
            <w:tcMar>
              <w:top w:w="90" w:type="dxa"/>
              <w:left w:w="120" w:type="dxa"/>
              <w:bottom w:w="90" w:type="dxa"/>
              <w:right w:w="120" w:type="dxa"/>
            </w:tcMar>
          </w:tcPr>
          <w:p w14:paraId="43C8B4D8" w14:textId="77777777" w:rsidR="00E94572" w:rsidRDefault="00CB6566">
            <w:pPr>
              <w:widowControl w:val="0"/>
              <w:spacing w:after="0" w:line="300" w:lineRule="auto"/>
              <w:rPr>
                <w:rFonts w:ascii="Arial" w:eastAsia="Arial" w:hAnsi="Arial" w:cs="Arial"/>
                <w:sz w:val="20"/>
                <w:szCs w:val="20"/>
              </w:rPr>
            </w:pPr>
            <w:r>
              <w:rPr>
                <w:rFonts w:ascii="Arial" w:eastAsia="Arial" w:hAnsi="Arial" w:cs="Arial"/>
                <w:sz w:val="20"/>
                <w:szCs w:val="20"/>
              </w:rPr>
              <w:t xml:space="preserve">Do you consider yourself to have a disability? </w:t>
            </w:r>
            <w:proofErr w:type="gramStart"/>
            <w:r>
              <w:rPr>
                <w:rFonts w:ascii="Arial" w:eastAsia="Arial" w:hAnsi="Arial" w:cs="Arial"/>
                <w:sz w:val="20"/>
                <w:szCs w:val="20"/>
              </w:rPr>
              <w:t>[ ]</w:t>
            </w:r>
            <w:proofErr w:type="gramEnd"/>
            <w:r>
              <w:rPr>
                <w:rFonts w:ascii="Arial" w:eastAsia="Arial" w:hAnsi="Arial" w:cs="Arial"/>
                <w:sz w:val="20"/>
                <w:szCs w:val="20"/>
              </w:rPr>
              <w:t xml:space="preserve"> Yes </w:t>
            </w:r>
            <w:proofErr w:type="gramStart"/>
            <w:r>
              <w:rPr>
                <w:rFonts w:ascii="Arial" w:eastAsia="Arial" w:hAnsi="Arial" w:cs="Arial"/>
                <w:sz w:val="20"/>
                <w:szCs w:val="20"/>
              </w:rPr>
              <w:t>   [</w:t>
            </w:r>
            <w:proofErr w:type="gramEnd"/>
            <w:r>
              <w:rPr>
                <w:rFonts w:ascii="Arial" w:eastAsia="Arial" w:hAnsi="Arial" w:cs="Arial"/>
                <w:sz w:val="20"/>
                <w:szCs w:val="20"/>
              </w:rPr>
              <w:t xml:space="preserve"> ] No</w:t>
            </w:r>
          </w:p>
          <w:p w14:paraId="05CEA9B9" w14:textId="77777777" w:rsidR="00E94572" w:rsidRDefault="00CB6566">
            <w:pPr>
              <w:widowControl w:val="0"/>
              <w:spacing w:before="90" w:after="90" w:line="300" w:lineRule="auto"/>
              <w:rPr>
                <w:rFonts w:ascii="Arial" w:eastAsia="Arial" w:hAnsi="Arial" w:cs="Arial"/>
                <w:sz w:val="20"/>
                <w:szCs w:val="20"/>
              </w:rPr>
            </w:pPr>
            <w:r>
              <w:rPr>
                <w:rFonts w:ascii="Arial" w:eastAsia="Arial" w:hAnsi="Arial" w:cs="Arial"/>
                <w:sz w:val="20"/>
                <w:szCs w:val="20"/>
              </w:rPr>
              <w:t>Do you require adjustments for interview? __________________________________</w:t>
            </w:r>
          </w:p>
        </w:tc>
      </w:tr>
    </w:tbl>
    <w:p w14:paraId="42AC1DFA" w14:textId="77777777" w:rsidR="00830678" w:rsidRDefault="00830678" w:rsidP="00830678">
      <w:pPr>
        <w:pStyle w:val="Heading2"/>
        <w:keepNext w:val="0"/>
        <w:keepLines w:val="0"/>
        <w:widowControl w:val="0"/>
        <w:spacing w:before="0" w:line="240" w:lineRule="auto"/>
        <w:rPr>
          <w:rFonts w:ascii="Arial" w:eastAsia="Arial" w:hAnsi="Arial" w:cs="Arial"/>
          <w:color w:val="004D40"/>
          <w:sz w:val="28"/>
          <w:szCs w:val="28"/>
        </w:rPr>
      </w:pPr>
    </w:p>
    <w:p w14:paraId="33A0A455" w14:textId="3B6C3EA5" w:rsidR="00E94572" w:rsidRDefault="00CB6566" w:rsidP="00830678">
      <w:pPr>
        <w:pStyle w:val="Heading2"/>
        <w:keepNext w:val="0"/>
        <w:keepLines w:val="0"/>
        <w:widowControl w:val="0"/>
        <w:spacing w:before="0" w:line="240" w:lineRule="auto"/>
        <w:rPr>
          <w:rFonts w:ascii="Arial" w:eastAsia="Arial" w:hAnsi="Arial" w:cs="Arial"/>
          <w:color w:val="004D40"/>
          <w:sz w:val="28"/>
          <w:szCs w:val="28"/>
        </w:rPr>
      </w:pPr>
      <w:r>
        <w:rPr>
          <w:rFonts w:ascii="Arial" w:eastAsia="Arial" w:hAnsi="Arial" w:cs="Arial"/>
          <w:color w:val="004D40"/>
          <w:sz w:val="28"/>
          <w:szCs w:val="28"/>
        </w:rPr>
        <w:t>GUIDANCE NOTES FOR APPLICANTS</w:t>
      </w:r>
    </w:p>
    <w:p w14:paraId="34CD1570" w14:textId="77777777" w:rsidR="00E94572" w:rsidRDefault="0089264A" w:rsidP="00830678">
      <w:pPr>
        <w:pStyle w:val="Heading3"/>
        <w:keepNext w:val="0"/>
        <w:keepLines w:val="0"/>
        <w:widowControl w:val="0"/>
        <w:spacing w:before="0" w:line="240" w:lineRule="auto"/>
        <w:ind w:left="150" w:right="150"/>
        <w:rPr>
          <w:rFonts w:ascii="Arial" w:eastAsia="Arial" w:hAnsi="Arial" w:cs="Arial"/>
          <w:color w:val="004D40"/>
        </w:rPr>
      </w:pPr>
      <w:r>
        <w:pict w14:anchorId="4B0FD1FB">
          <v:rect id="_x0000_i1041" style="width:0;height:1.5pt" o:hralign="center" o:hrstd="t" o:hr="t" fillcolor="#a0a0a0" stroked="f"/>
        </w:pict>
      </w:r>
    </w:p>
    <w:p w14:paraId="3ABC4B3F" w14:textId="77777777" w:rsidR="00E94572" w:rsidRDefault="00CB6566" w:rsidP="00830678">
      <w:pPr>
        <w:widowControl w:val="0"/>
        <w:spacing w:after="0" w:line="240" w:lineRule="auto"/>
        <w:ind w:left="150" w:right="150"/>
        <w:rPr>
          <w:rFonts w:ascii="Arial" w:eastAsia="Arial" w:hAnsi="Arial" w:cs="Arial"/>
          <w:shd w:val="clear" w:color="auto" w:fill="F9F9F9"/>
        </w:rPr>
      </w:pPr>
      <w:r>
        <w:rPr>
          <w:rFonts w:ascii="Arial" w:eastAsia="Arial" w:hAnsi="Arial" w:cs="Arial"/>
          <w:shd w:val="clear" w:color="auto" w:fill="F9F9F9"/>
        </w:rPr>
        <w:t>Cox Green School &amp; Slough Town FC Academy Partnership Notes</w:t>
      </w:r>
    </w:p>
    <w:p w14:paraId="4AAFED4A" w14:textId="77777777" w:rsidR="00B330B8" w:rsidRDefault="00B330B8" w:rsidP="00830678">
      <w:pPr>
        <w:widowControl w:val="0"/>
        <w:spacing w:after="0" w:line="240" w:lineRule="auto"/>
        <w:ind w:left="150" w:right="150"/>
        <w:rPr>
          <w:rFonts w:ascii="Arial" w:eastAsia="Arial" w:hAnsi="Arial" w:cs="Arial"/>
          <w:shd w:val="clear" w:color="auto" w:fill="F9F9F9"/>
        </w:rPr>
      </w:pPr>
    </w:p>
    <w:p w14:paraId="59ABCED8" w14:textId="77777777" w:rsidR="00B330B8" w:rsidRDefault="00B330B8" w:rsidP="00830678">
      <w:pPr>
        <w:widowControl w:val="0"/>
        <w:spacing w:after="0" w:line="240" w:lineRule="auto"/>
        <w:ind w:left="150" w:right="150"/>
        <w:rPr>
          <w:rFonts w:ascii="Arial" w:eastAsia="Arial" w:hAnsi="Arial" w:cs="Arial"/>
          <w:shd w:val="clear" w:color="auto" w:fill="F9F9F9"/>
        </w:rPr>
      </w:pPr>
    </w:p>
    <w:p w14:paraId="649F7664" w14:textId="77777777" w:rsidR="00E94572" w:rsidRDefault="00CB6566" w:rsidP="00B330B8">
      <w:pPr>
        <w:widowControl w:val="0"/>
        <w:spacing w:after="0" w:line="300" w:lineRule="auto"/>
        <w:ind w:right="150"/>
        <w:rPr>
          <w:rFonts w:ascii="Arial" w:eastAsia="Arial" w:hAnsi="Arial" w:cs="Arial"/>
          <w:sz w:val="20"/>
          <w:szCs w:val="20"/>
          <w:shd w:val="clear" w:color="auto" w:fill="F9F9F9"/>
        </w:rPr>
      </w:pPr>
      <w:r>
        <w:rPr>
          <w:rFonts w:ascii="Arial" w:eastAsia="Arial" w:hAnsi="Arial" w:cs="Arial"/>
          <w:b/>
          <w:bCs/>
          <w:sz w:val="20"/>
          <w:szCs w:val="20"/>
          <w:shd w:val="clear" w:color="auto" w:fill="F9F9F9"/>
        </w:rPr>
        <w:t>Data Protection Act 2018:</w:t>
      </w:r>
      <w:r>
        <w:rPr>
          <w:rFonts w:ascii="Arial" w:eastAsia="Arial" w:hAnsi="Arial" w:cs="Arial"/>
          <w:sz w:val="20"/>
          <w:szCs w:val="20"/>
          <w:shd w:val="clear" w:color="auto" w:fill="F9F9F9"/>
        </w:rPr>
        <w:t xml:space="preserve"> Information provided will be used strictly for recruitment and personnel management in accordance with GDPR and DPA 2018.</w:t>
      </w:r>
    </w:p>
    <w:p w14:paraId="228E75D6" w14:textId="77777777" w:rsidR="00B330B8" w:rsidRDefault="00B330B8" w:rsidP="00B330B8">
      <w:pPr>
        <w:widowControl w:val="0"/>
        <w:spacing w:after="0" w:line="300" w:lineRule="auto"/>
        <w:ind w:right="150"/>
        <w:rPr>
          <w:rFonts w:ascii="Arial" w:eastAsia="Arial" w:hAnsi="Arial" w:cs="Arial"/>
        </w:rPr>
      </w:pPr>
    </w:p>
    <w:p w14:paraId="548DD79B" w14:textId="77777777" w:rsidR="00E94572" w:rsidRDefault="00CB6566" w:rsidP="00B330B8">
      <w:pPr>
        <w:widowControl w:val="0"/>
        <w:spacing w:after="0" w:line="300" w:lineRule="auto"/>
        <w:ind w:right="150"/>
        <w:rPr>
          <w:rFonts w:ascii="Arial" w:eastAsia="Arial" w:hAnsi="Arial" w:cs="Arial"/>
          <w:sz w:val="20"/>
          <w:szCs w:val="20"/>
          <w:shd w:val="clear" w:color="auto" w:fill="F9F9F9"/>
        </w:rPr>
      </w:pPr>
      <w:r>
        <w:rPr>
          <w:rFonts w:ascii="Arial" w:eastAsia="Arial" w:hAnsi="Arial" w:cs="Arial"/>
          <w:b/>
          <w:bCs/>
          <w:sz w:val="20"/>
          <w:szCs w:val="20"/>
          <w:shd w:val="clear" w:color="auto" w:fill="F9F9F9"/>
        </w:rPr>
        <w:t>Right to Work in the UK:</w:t>
      </w:r>
      <w:r>
        <w:rPr>
          <w:rFonts w:ascii="Arial" w:eastAsia="Arial" w:hAnsi="Arial" w:cs="Arial"/>
          <w:sz w:val="20"/>
          <w:szCs w:val="20"/>
          <w:shd w:val="clear" w:color="auto" w:fill="F9F9F9"/>
        </w:rPr>
        <w:t xml:space="preserve"> Manual checks or Home Office online checks will be conducted prior to employment confirmation in accordance with List A and List B documentation requirements.</w:t>
      </w:r>
    </w:p>
    <w:p w14:paraId="3DFBE887" w14:textId="77777777" w:rsidR="00B330B8" w:rsidRDefault="00B330B8" w:rsidP="00B330B8">
      <w:pPr>
        <w:widowControl w:val="0"/>
        <w:spacing w:after="0" w:line="300" w:lineRule="auto"/>
        <w:ind w:right="150"/>
        <w:rPr>
          <w:rFonts w:ascii="Arial" w:eastAsia="Arial" w:hAnsi="Arial" w:cs="Arial"/>
        </w:rPr>
      </w:pPr>
    </w:p>
    <w:p w14:paraId="60954A1F" w14:textId="77777777" w:rsidR="00E94572" w:rsidRDefault="00CB6566" w:rsidP="00B330B8">
      <w:pPr>
        <w:widowControl w:val="0"/>
        <w:spacing w:after="60" w:line="300" w:lineRule="auto"/>
        <w:ind w:right="150"/>
        <w:rPr>
          <w:rFonts w:ascii="Arial" w:eastAsia="Arial" w:hAnsi="Arial" w:cs="Arial"/>
        </w:rPr>
      </w:pPr>
      <w:r>
        <w:rPr>
          <w:rFonts w:ascii="Arial" w:eastAsia="Arial" w:hAnsi="Arial" w:cs="Arial"/>
          <w:b/>
          <w:bCs/>
          <w:sz w:val="20"/>
          <w:szCs w:val="20"/>
          <w:shd w:val="clear" w:color="auto" w:fill="F9F9F9"/>
        </w:rPr>
        <w:t>Safeguarding:</w:t>
      </w:r>
      <w:r>
        <w:rPr>
          <w:rFonts w:ascii="Arial" w:eastAsia="Arial" w:hAnsi="Arial" w:cs="Arial"/>
          <w:sz w:val="20"/>
          <w:szCs w:val="20"/>
          <w:shd w:val="clear" w:color="auto" w:fill="F9F9F9"/>
        </w:rPr>
        <w:t xml:space="preserve"> All posts require an enhanced DBS check and a prohibition from teaching check with the Department for Education.</w:t>
      </w:r>
    </w:p>
    <w:sectPr w:rsidR="00E94572" w:rsidSect="00830678">
      <w:pgSz w:w="12240" w:h="15840"/>
      <w:pgMar w:top="1008" w:right="1152" w:bottom="284"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10E1C" w14:textId="77777777" w:rsidR="0089264A" w:rsidRDefault="0089264A" w:rsidP="0030365C">
      <w:pPr>
        <w:spacing w:after="0" w:line="240" w:lineRule="auto"/>
      </w:pPr>
      <w:r>
        <w:separator/>
      </w:r>
    </w:p>
  </w:endnote>
  <w:endnote w:type="continuationSeparator" w:id="0">
    <w:p w14:paraId="37D82669" w14:textId="77777777" w:rsidR="0089264A" w:rsidRDefault="0089264A" w:rsidP="00303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82E9E2E-2405-47A3-A5C4-D32B59528323}"/>
  </w:font>
  <w:font w:name="Cambria">
    <w:panose1 w:val="02040503050406030204"/>
    <w:charset w:val="00"/>
    <w:family w:val="roman"/>
    <w:pitch w:val="variable"/>
    <w:sig w:usb0="E00006FF" w:usb1="420024FF" w:usb2="02000000" w:usb3="00000000" w:csb0="0000019F" w:csb1="00000000"/>
    <w:embedRegular r:id="rId2" w:fontKey="{1DEF493D-8D77-4607-8793-08C6CBFEFA6D}"/>
    <w:embedBold r:id="rId3" w:fontKey="{5B43AA1C-68FB-40BA-A4D2-BB498A258370}"/>
    <w:embedItalic r:id="rId4" w:fontKey="{32D18AF9-AAD3-409F-B08E-AD122048E3A0}"/>
    <w:embedBoldItalic r:id="rId5" w:fontKey="{6AF39C2F-D28C-4B18-AFF4-58579A2B464B}"/>
  </w:font>
  <w:font w:name="Calibri">
    <w:panose1 w:val="020F0502020204030204"/>
    <w:charset w:val="00"/>
    <w:family w:val="swiss"/>
    <w:pitch w:val="variable"/>
    <w:sig w:usb0="E4002EFF" w:usb1="C200247B" w:usb2="00000009" w:usb3="00000000" w:csb0="000001FF" w:csb1="00000000"/>
    <w:embedRegular r:id="rId6" w:fontKey="{E9B30BAB-06AF-49E0-87E6-C8D306935ACA}"/>
    <w:embedBold r:id="rId7" w:fontKey="{9D60DA6A-CE83-4C28-9868-116BC2E87678}"/>
    <w:embedItalic r:id="rId8" w:fontKey="{659601D0-7A6D-47FA-A7ED-ECA1B990A1CB}"/>
    <w:embedBoldItalic r:id="rId9" w:fontKey="{399CF181-731A-4625-967D-53E263E39A7B}"/>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0F816" w14:textId="77777777" w:rsidR="0089264A" w:rsidRDefault="0089264A" w:rsidP="0030365C">
      <w:pPr>
        <w:spacing w:after="0" w:line="240" w:lineRule="auto"/>
      </w:pPr>
      <w:r>
        <w:separator/>
      </w:r>
    </w:p>
  </w:footnote>
  <w:footnote w:type="continuationSeparator" w:id="0">
    <w:p w14:paraId="5CFAEA13" w14:textId="77777777" w:rsidR="0089264A" w:rsidRDefault="0089264A" w:rsidP="00303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BFC38A5"/>
    <w:multiLevelType w:val="multilevel"/>
    <w:tmpl w:val="8DAC6C14"/>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56268F2"/>
    <w:multiLevelType w:val="multilevel"/>
    <w:tmpl w:val="9FDC3C22"/>
    <w:lvl w:ilvl="0">
      <w:start w:val="1"/>
      <w:numFmt w:val="bullet"/>
      <w:pStyle w:val="List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2F57554A"/>
    <w:multiLevelType w:val="multilevel"/>
    <w:tmpl w:val="78666264"/>
    <w:lvl w:ilvl="0">
      <w:start w:val="1"/>
      <w:numFmt w:val="bullet"/>
      <w:pStyle w:val="ListBullet3"/>
      <w:lvlText w:val="●"/>
      <w:lvlJc w:val="left"/>
      <w:pPr>
        <w:ind w:left="108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3D84305B"/>
    <w:multiLevelType w:val="multilevel"/>
    <w:tmpl w:val="85BAD8B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62A46F18"/>
    <w:multiLevelType w:val="multilevel"/>
    <w:tmpl w:val="78EC746E"/>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17700262">
    <w:abstractNumId w:val="1"/>
  </w:num>
  <w:num w:numId="2" w16cid:durableId="1832287131">
    <w:abstractNumId w:val="0"/>
  </w:num>
  <w:num w:numId="3" w16cid:durableId="953445341">
    <w:abstractNumId w:val="2"/>
  </w:num>
  <w:num w:numId="4" w16cid:durableId="878976203">
    <w:abstractNumId w:val="3"/>
  </w:num>
  <w:num w:numId="5" w16cid:durableId="243146511">
    <w:abstractNumId w:val="4"/>
  </w:num>
  <w:num w:numId="6" w16cid:durableId="7213714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20398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572"/>
    <w:rsid w:val="000C715A"/>
    <w:rsid w:val="0030365C"/>
    <w:rsid w:val="00414169"/>
    <w:rsid w:val="00422868"/>
    <w:rsid w:val="00607473"/>
    <w:rsid w:val="006527BA"/>
    <w:rsid w:val="007A1CF2"/>
    <w:rsid w:val="00830678"/>
    <w:rsid w:val="0089264A"/>
    <w:rsid w:val="00B330B8"/>
    <w:rsid w:val="00C64174"/>
    <w:rsid w:val="00CB6566"/>
    <w:rsid w:val="00D27DF4"/>
    <w:rsid w:val="00E94572"/>
    <w:rsid w:val="00EA2B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600EB"/>
  <w15:docId w15:val="{DE26D4CE-770D-4920-B2C7-528F4103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character" w:styleId="Hyperlink">
    <w:name w:val="Hyperlink"/>
    <w:basedOn w:val="DefaultParagraphFont"/>
    <w:uiPriority w:val="99"/>
    <w:unhideWhenUsed/>
    <w:rsid w:val="00C64174"/>
    <w:rPr>
      <w:color w:val="0000FF" w:themeColor="hyperlink"/>
      <w:u w:val="single"/>
    </w:rPr>
  </w:style>
  <w:style w:type="character" w:styleId="UnresolvedMention">
    <w:name w:val="Unresolved Mention"/>
    <w:basedOn w:val="DefaultParagraphFont"/>
    <w:uiPriority w:val="99"/>
    <w:semiHidden/>
    <w:unhideWhenUsed/>
    <w:rsid w:val="00C641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shley.smith@sloughtownfc.com"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JN2zgL4RbqRYHKBEvhbE9TzxRg==">CgMxLjA4AHIhMWxOMkJsQ3JQRkIyTVd5RjNuT2JIWks5ZjMyR3pWa1hL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DED43D6-1BDA-4C2D-BBDA-34598CAD5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1190</Words>
  <Characters>6786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Cox Green School</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Karen Warner</cp:lastModifiedBy>
  <cp:revision>5</cp:revision>
  <dcterms:created xsi:type="dcterms:W3CDTF">2026-10-13T13:12:00Z</dcterms:created>
  <dcterms:modified xsi:type="dcterms:W3CDTF">2026-10-13T13:53:00Z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cd6409-a9ee-4dac-8ecd-cab248630f49_Enabled">
    <vt:lpwstr>true</vt:lpwstr>
  </property>
  <property fmtid="{D5CDD505-2E9C-101B-9397-08002B2CF9AE}" pid="3" name="MSIP_Label_1bcd6409-a9ee-4dac-8ecd-cab248630f49_SetDate">
    <vt:lpwstr>2026-10-13T13:12:37Z</vt:lpwstr>
  </property>
  <property fmtid="{D5CDD505-2E9C-101B-9397-08002B2CF9AE}" pid="4" name="MSIP_Label_1bcd6409-a9ee-4dac-8ecd-cab248630f49_Method">
    <vt:lpwstr>Standard</vt:lpwstr>
  </property>
  <property fmtid="{D5CDD505-2E9C-101B-9397-08002B2CF9AE}" pid="5" name="MSIP_Label_1bcd6409-a9ee-4dac-8ecd-cab248630f49_Name">
    <vt:lpwstr>Staff Only</vt:lpwstr>
  </property>
  <property fmtid="{D5CDD505-2E9C-101B-9397-08002B2CF9AE}" pid="6" name="MSIP_Label_1bcd6409-a9ee-4dac-8ecd-cab248630f49_SiteId">
    <vt:lpwstr>6533b3f3-02ef-4b86-85fe-0f2e05d8daf4</vt:lpwstr>
  </property>
  <property fmtid="{D5CDD505-2E9C-101B-9397-08002B2CF9AE}" pid="7" name="MSIP_Label_1bcd6409-a9ee-4dac-8ecd-cab248630f49_ActionId">
    <vt:lpwstr>d0689b35-b68b-4942-af94-5ec98e3a8bcc</vt:lpwstr>
  </property>
  <property fmtid="{D5CDD505-2E9C-101B-9397-08002B2CF9AE}" pid="8" name="MSIP_Label_1bcd6409-a9ee-4dac-8ecd-cab248630f49_ContentBits">
    <vt:lpwstr>0</vt:lpwstr>
  </property>
  <property fmtid="{D5CDD505-2E9C-101B-9397-08002B2CF9AE}" pid="9" name="MSIP_Label_1bcd6409-a9ee-4dac-8ecd-cab248630f49_Tag">
    <vt:lpwstr>10, 3, 0, 1</vt:lpwstr>
  </property>
</Properties>
</file>